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F1" w:rsidRPr="00C53A09" w:rsidRDefault="0035562B" w:rsidP="00C53A09">
      <w:pPr>
        <w:spacing w:after="360"/>
        <w:jc w:val="center"/>
        <w:rPr>
          <w:sz w:val="22"/>
          <w:lang w:val="ru-RU"/>
        </w:rPr>
      </w:pPr>
      <w:r w:rsidRPr="00C53A09">
        <w:rPr>
          <w:b/>
          <w:sz w:val="28"/>
          <w:lang w:val="ru-RU"/>
        </w:rPr>
        <w:t>АНАЛИЗ</w:t>
      </w:r>
      <w:r w:rsidRPr="00C53A09">
        <w:rPr>
          <w:b/>
          <w:sz w:val="28"/>
          <w:lang w:val="ru-RU"/>
        </w:rPr>
        <w:br/>
        <w:t>деятельности советник</w:t>
      </w:r>
      <w:r w:rsidR="00C53A09" w:rsidRPr="00C53A09">
        <w:rPr>
          <w:b/>
          <w:sz w:val="28"/>
          <w:lang w:val="ru-RU"/>
        </w:rPr>
        <w:t>ов</w:t>
      </w:r>
      <w:r w:rsidRPr="00C53A09">
        <w:rPr>
          <w:b/>
          <w:sz w:val="28"/>
          <w:lang w:val="ru-RU"/>
        </w:rPr>
        <w:t xml:space="preserve"> директора по воспитанию</w:t>
      </w:r>
      <w:r w:rsidRPr="00C53A09">
        <w:rPr>
          <w:b/>
          <w:sz w:val="28"/>
          <w:lang w:val="ru-RU"/>
        </w:rPr>
        <w:br/>
        <w:t>и взаимодействию с детскими общественными объединениями</w:t>
      </w:r>
      <w:r w:rsidR="00C53A09">
        <w:rPr>
          <w:sz w:val="22"/>
          <w:lang w:val="ru-RU"/>
        </w:rPr>
        <w:br/>
      </w:r>
      <w:r w:rsidR="00C53A09">
        <w:rPr>
          <w:sz w:val="22"/>
          <w:lang w:val="ru-RU"/>
        </w:rPr>
        <w:br/>
      </w:r>
      <w:proofErr w:type="spellStart"/>
      <w:r w:rsidR="00C53A09" w:rsidRPr="00C53A09">
        <w:rPr>
          <w:lang w:val="ru-RU"/>
        </w:rPr>
        <w:t>Усманова</w:t>
      </w:r>
      <w:proofErr w:type="spellEnd"/>
      <w:r w:rsidR="00C53A09" w:rsidRPr="00C53A09">
        <w:rPr>
          <w:lang w:val="ru-RU"/>
        </w:rPr>
        <w:t xml:space="preserve"> А.Р., Харченко П.Э. МБОУ </w:t>
      </w:r>
      <w:proofErr w:type="spellStart"/>
      <w:r w:rsidR="00C53A09" w:rsidRPr="00C53A09">
        <w:rPr>
          <w:lang w:val="ru-RU"/>
        </w:rPr>
        <w:t>Кагальницкой</w:t>
      </w:r>
      <w:proofErr w:type="spellEnd"/>
      <w:r w:rsidR="00C53A09" w:rsidRPr="00C53A09">
        <w:rPr>
          <w:lang w:val="ru-RU"/>
        </w:rPr>
        <w:t xml:space="preserve"> СОШ Азовского района</w:t>
      </w:r>
      <w:r w:rsidRPr="00C53A09">
        <w:rPr>
          <w:lang w:val="ru-RU"/>
        </w:rPr>
        <w:br/>
        <w:t>за 2025–2026 учебный год</w:t>
      </w:r>
    </w:p>
    <w:p w:rsidR="00A613F1" w:rsidRPr="00C53A09" w:rsidRDefault="0035562B" w:rsidP="00C53A09">
      <w:pPr>
        <w:rPr>
          <w:b/>
          <w:lang w:val="ru-RU"/>
        </w:rPr>
      </w:pPr>
      <w:r w:rsidRPr="00C53A09">
        <w:rPr>
          <w:b/>
          <w:lang w:val="ru-RU"/>
        </w:rPr>
        <w:t>1. Общие сведения и цель деятельности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proofErr w:type="gramStart"/>
      <w:r w:rsidRPr="000C3F83">
        <w:rPr>
          <w:lang w:val="ru-RU"/>
        </w:rPr>
        <w:t>Деятельность советник</w:t>
      </w:r>
      <w:r w:rsidR="00C53A09">
        <w:rPr>
          <w:lang w:val="ru-RU"/>
        </w:rPr>
        <w:t>ов</w:t>
      </w:r>
      <w:r w:rsidRPr="000C3F83">
        <w:rPr>
          <w:lang w:val="ru-RU"/>
        </w:rPr>
        <w:t xml:space="preserve"> директора по воспитанию и взаимодействию с детскими общественными объединениями </w:t>
      </w:r>
      <w:proofErr w:type="spellStart"/>
      <w:r w:rsidR="00C53A09" w:rsidRPr="00C53A09">
        <w:rPr>
          <w:lang w:val="ru-RU"/>
        </w:rPr>
        <w:t>Усманова</w:t>
      </w:r>
      <w:proofErr w:type="spellEnd"/>
      <w:r w:rsidR="00C53A09" w:rsidRPr="00C53A09">
        <w:rPr>
          <w:lang w:val="ru-RU"/>
        </w:rPr>
        <w:t xml:space="preserve"> А.Р., Харченко П.Э. </w:t>
      </w:r>
      <w:r w:rsidR="00C53A09">
        <w:rPr>
          <w:lang w:val="ru-RU"/>
        </w:rPr>
        <w:t xml:space="preserve">в </w:t>
      </w:r>
      <w:r w:rsidR="00C53A09" w:rsidRPr="00C53A09">
        <w:rPr>
          <w:lang w:val="ru-RU"/>
        </w:rPr>
        <w:t xml:space="preserve">МБОУ </w:t>
      </w:r>
      <w:proofErr w:type="spellStart"/>
      <w:r w:rsidR="00C53A09" w:rsidRPr="00C53A09">
        <w:rPr>
          <w:lang w:val="ru-RU"/>
        </w:rPr>
        <w:t>Кагальницкой</w:t>
      </w:r>
      <w:proofErr w:type="spellEnd"/>
      <w:r w:rsidR="00C53A09" w:rsidRPr="00C53A09">
        <w:rPr>
          <w:lang w:val="ru-RU"/>
        </w:rPr>
        <w:t xml:space="preserve"> СОШ Азовского района </w:t>
      </w:r>
      <w:r w:rsidRPr="000C3F83">
        <w:rPr>
          <w:lang w:val="ru-RU"/>
        </w:rPr>
        <w:t>в 2025–2026 учебном году осуществлялась в соответствии с федеральными, региональными и муниципальными ориентирами воспитательной работы, рабочей программой воспитания образовательной организации, календарным планом воспитательной работы, планом работы советника, а также с учётом мероприятий Всероссийского проекта «Навигаторы детства», Российского</w:t>
      </w:r>
      <w:proofErr w:type="gramEnd"/>
      <w:r w:rsidRPr="000C3F83">
        <w:rPr>
          <w:lang w:val="ru-RU"/>
        </w:rPr>
        <w:t xml:space="preserve"> движения детей и молодёжи «Движение</w:t>
      </w:r>
      <w:proofErr w:type="gramStart"/>
      <w:r w:rsidRPr="000C3F83">
        <w:rPr>
          <w:lang w:val="ru-RU"/>
        </w:rPr>
        <w:t xml:space="preserve"> П</w:t>
      </w:r>
      <w:proofErr w:type="gramEnd"/>
      <w:r w:rsidRPr="000C3F83">
        <w:rPr>
          <w:lang w:val="ru-RU"/>
        </w:rPr>
        <w:t>ервых» и Дней единых действий.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Цель деятельности советника — содействие формированию единой воспитательной среды образовательной организации, направленной на развитие гражданской идентичности, патриотизма, социальной активности, традиционных российских духовно-нравственных ценностей, культуры добровольчества, детской инициативы и ответственного отношения обучающихся к себе, обществу и Родине.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В течение учебного года работа строилась на принципах системности, событийности, партнёрства с педагогическим коллективом и родительским сообществом, поддержки детских инициатив и вовлечения обучающихся в социально значимую деятельность.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Основные задачи деятельности советника в 2025–2026 учебном году: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координация участия обучающихся в воспитательных событиях, Днях единых действий, акциях и проектах федерального, регионального, муниципального и школьного уровней;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методическое сопровождение классных руководителей, педагогов-организаторов, активистов, наставников детских общественных объединений;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развитие первичного отделения «Движения Первых», школьного актива, Совета Первых, Центра детских инициатив и ученического самоуправления;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поддержка деятельности детских и молодёжных объединений: «Орлята России», «</w:t>
      </w:r>
      <w:proofErr w:type="spellStart"/>
      <w:r w:rsidRPr="000C3F83">
        <w:rPr>
          <w:lang w:val="ru-RU"/>
        </w:rPr>
        <w:t>Юнармия</w:t>
      </w:r>
      <w:proofErr w:type="spellEnd"/>
      <w:r w:rsidRPr="000C3F83">
        <w:rPr>
          <w:lang w:val="ru-RU"/>
        </w:rPr>
        <w:t xml:space="preserve">», волонтёрского объединения на платформе </w:t>
      </w:r>
      <w:proofErr w:type="spellStart"/>
      <w:r w:rsidRPr="000C3F83">
        <w:rPr>
          <w:lang w:val="ru-RU"/>
        </w:rPr>
        <w:t>Добро.РФ</w:t>
      </w:r>
      <w:proofErr w:type="spellEnd"/>
      <w:r w:rsidRPr="000C3F83">
        <w:rPr>
          <w:lang w:val="ru-RU"/>
        </w:rPr>
        <w:t xml:space="preserve">, юннатского движения, </w:t>
      </w:r>
      <w:proofErr w:type="spellStart"/>
      <w:r w:rsidRPr="000C3F83">
        <w:rPr>
          <w:lang w:val="ru-RU"/>
        </w:rPr>
        <w:t>медиацентра</w:t>
      </w:r>
      <w:proofErr w:type="spellEnd"/>
      <w:r w:rsidRPr="000C3F83">
        <w:rPr>
          <w:lang w:val="ru-RU"/>
        </w:rPr>
        <w:t xml:space="preserve"> и иных инициативных групп;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организация информационного сопровождения воспитательных мероприятий в официальных каналах образовательной организации;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вовлечение родителей, социальных партнёров, общественных организаций и представителей местного сообщества в воспитательную деятельность;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создание условий для личностного роста обучающихся, проявления лидерства, творчества, социальной ответственности и гражданской позиции.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lastRenderedPageBreak/>
        <w:t>2. Нормативная и планирующая основа деятельности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Работа советник</w:t>
      </w:r>
      <w:r w:rsidR="00C53A09">
        <w:rPr>
          <w:lang w:val="ru-RU"/>
        </w:rPr>
        <w:t>ов</w:t>
      </w:r>
      <w:r w:rsidRPr="000C3F83">
        <w:rPr>
          <w:lang w:val="ru-RU"/>
        </w:rPr>
        <w:t xml:space="preserve"> была организована на основе рабочей программы воспитания </w:t>
      </w:r>
      <w:r w:rsidR="00C53A09">
        <w:rPr>
          <w:lang w:val="ru-RU"/>
        </w:rPr>
        <w:t xml:space="preserve">МБОУ </w:t>
      </w:r>
      <w:proofErr w:type="spellStart"/>
      <w:r w:rsidR="00C53A09">
        <w:rPr>
          <w:lang w:val="ru-RU"/>
        </w:rPr>
        <w:t>Кагальнцкой</w:t>
      </w:r>
      <w:proofErr w:type="spellEnd"/>
      <w:r w:rsidR="00C53A09">
        <w:rPr>
          <w:lang w:val="ru-RU"/>
        </w:rPr>
        <w:t xml:space="preserve"> СОШ Азовского района</w:t>
      </w:r>
      <w:r w:rsidRPr="000C3F83">
        <w:rPr>
          <w:lang w:val="ru-RU"/>
        </w:rPr>
        <w:t>, календарного плана воспитательной работы на 2025–2026 учебный год, плана мероприятий советника директора по воспитанию, региональных и муниципальных рекомендаций, а также календаря Дней единых действий Российского движения детей и молодёжи на 2025–2026 учебный год.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Советник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совместно с администрацией и заместителем директора по воспитательной работе участвовал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в анализе и корректировке воспитательной системы образовательной организации. Особое внимание уделялось согласованию школьных мероприятий с ключевыми направлениями воспитания: гражданско-патриотическим, духовно-нравственным, социальным, экологическим, трудовым, профориентационным, культурно-просветительским, спортивно-оздоровительным и профилактическим.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Воспитательная работа осуществлялась по следующим модулям рабочей программы воспитания:</w:t>
      </w:r>
    </w:p>
    <w:p w:rsidR="00A613F1" w:rsidRDefault="0035562B">
      <w:pPr>
        <w:pStyle w:val="a0"/>
        <w:spacing w:after="40"/>
      </w:pPr>
      <w:r>
        <w:t>«</w:t>
      </w:r>
      <w:proofErr w:type="spellStart"/>
      <w:r>
        <w:t>Урочная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>»;</w:t>
      </w:r>
    </w:p>
    <w:p w:rsidR="00A613F1" w:rsidRDefault="0035562B">
      <w:pPr>
        <w:pStyle w:val="a0"/>
        <w:spacing w:after="40"/>
      </w:pPr>
      <w:r>
        <w:t>«Внеурочная деятельность»;</w:t>
      </w:r>
    </w:p>
    <w:p w:rsidR="00A613F1" w:rsidRDefault="0035562B">
      <w:pPr>
        <w:pStyle w:val="a0"/>
        <w:spacing w:after="40"/>
      </w:pPr>
      <w:r>
        <w:t>«Классное руководство»;</w:t>
      </w:r>
    </w:p>
    <w:p w:rsidR="00A613F1" w:rsidRDefault="0035562B">
      <w:pPr>
        <w:pStyle w:val="a0"/>
        <w:spacing w:after="40"/>
      </w:pPr>
      <w:r>
        <w:t>«Основные школьные дела»;</w:t>
      </w:r>
    </w:p>
    <w:p w:rsidR="00A613F1" w:rsidRDefault="0035562B">
      <w:pPr>
        <w:pStyle w:val="a0"/>
        <w:spacing w:after="40"/>
      </w:pPr>
      <w:r>
        <w:t>«Внешкольные мероприятия»;</w:t>
      </w:r>
    </w:p>
    <w:p w:rsidR="00A613F1" w:rsidRDefault="0035562B">
      <w:pPr>
        <w:pStyle w:val="a0"/>
        <w:spacing w:after="40"/>
      </w:pPr>
      <w:r>
        <w:t>«Организация предметно-пространственной среды»;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«Взаимодействие с родителями (законными представителями)»;</w:t>
      </w:r>
    </w:p>
    <w:p w:rsidR="00A613F1" w:rsidRDefault="0035562B">
      <w:pPr>
        <w:pStyle w:val="a0"/>
        <w:spacing w:after="40"/>
      </w:pPr>
      <w:r>
        <w:t>«</w:t>
      </w:r>
      <w:proofErr w:type="spellStart"/>
      <w:r>
        <w:t>Самоуправление</w:t>
      </w:r>
      <w:proofErr w:type="spellEnd"/>
      <w:r>
        <w:t>»;</w:t>
      </w:r>
    </w:p>
    <w:p w:rsidR="00A613F1" w:rsidRDefault="0035562B">
      <w:pPr>
        <w:pStyle w:val="a0"/>
        <w:spacing w:after="40"/>
      </w:pPr>
      <w:r>
        <w:t>«Профилактика и безопасность»;</w:t>
      </w:r>
    </w:p>
    <w:p w:rsidR="00A613F1" w:rsidRDefault="0035562B">
      <w:pPr>
        <w:pStyle w:val="a0"/>
        <w:spacing w:after="40"/>
      </w:pPr>
      <w:r>
        <w:t>«</w:t>
      </w:r>
      <w:proofErr w:type="spellStart"/>
      <w:r>
        <w:t>Социальное</w:t>
      </w:r>
      <w:proofErr w:type="spellEnd"/>
      <w:r>
        <w:t xml:space="preserve"> партнёрство»;</w:t>
      </w:r>
    </w:p>
    <w:p w:rsidR="00A613F1" w:rsidRDefault="0035562B">
      <w:pPr>
        <w:pStyle w:val="a0"/>
        <w:spacing w:after="40"/>
      </w:pPr>
      <w:r>
        <w:t>«Профориентация»;</w:t>
      </w:r>
    </w:p>
    <w:p w:rsidR="00C53A09" w:rsidRPr="00C53A09" w:rsidRDefault="0035562B">
      <w:pPr>
        <w:pStyle w:val="a0"/>
        <w:spacing w:after="40"/>
      </w:pPr>
      <w:r w:rsidRPr="00C53A09">
        <w:t xml:space="preserve"> «Детские общественные объединения», </w:t>
      </w:r>
    </w:p>
    <w:p w:rsidR="00A613F1" w:rsidRPr="00C53A09" w:rsidRDefault="0035562B">
      <w:pPr>
        <w:pStyle w:val="a0"/>
        <w:spacing w:after="40"/>
      </w:pPr>
      <w:r w:rsidRPr="00C53A09">
        <w:t>«Центр детских инициатив».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3. Взаимодействие с администрацией, педагогическим коллективом и классными руководителями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Деятельность советник</w:t>
      </w:r>
      <w:r w:rsidR="00C53A09">
        <w:rPr>
          <w:lang w:val="ru-RU"/>
        </w:rPr>
        <w:t>ов</w:t>
      </w:r>
      <w:r w:rsidRPr="000C3F83">
        <w:rPr>
          <w:lang w:val="ru-RU"/>
        </w:rPr>
        <w:t xml:space="preserve"> была интегрирована в общую систему воспитательной работы образовательной организации. Советник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взаимодействовал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с директором, заместителем директора по воспитательной работе, педагогом-организатором, социальным педагогом, педагогом-психологом, классными руководителями, руководителями объединений дополнительного образования и активом обучающихся.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Участие в административных совещаниях и педагогических советах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В течение 2025–2026 учебного года </w:t>
      </w:r>
      <w:proofErr w:type="spellStart"/>
      <w:r w:rsidR="00C53A09" w:rsidRPr="00C53A09">
        <w:rPr>
          <w:lang w:val="ru-RU"/>
        </w:rPr>
        <w:t>Усманова</w:t>
      </w:r>
      <w:proofErr w:type="spellEnd"/>
      <w:r w:rsidR="00C53A09" w:rsidRPr="00C53A09">
        <w:rPr>
          <w:lang w:val="ru-RU"/>
        </w:rPr>
        <w:t xml:space="preserve"> А.Р.</w:t>
      </w:r>
      <w:r w:rsidR="00C53A09">
        <w:rPr>
          <w:lang w:val="ru-RU"/>
        </w:rPr>
        <w:t xml:space="preserve"> и</w:t>
      </w:r>
      <w:r w:rsidR="00C53A09" w:rsidRPr="00C53A09">
        <w:rPr>
          <w:lang w:val="ru-RU"/>
        </w:rPr>
        <w:t xml:space="preserve"> Харченко П.Э. </w:t>
      </w:r>
      <w:r w:rsidRPr="000C3F83">
        <w:rPr>
          <w:lang w:val="ru-RU"/>
        </w:rPr>
        <w:t>принимал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участие в административных совещаниях, рабочих встречах и педагогических советах, где рассматривались вопросы планирования воспитательной работы, организации школьных событий, профилактики правонарушений, развития детских инициатив и участия обучающихся в проектах Движения Первых и «Навигаторов детства».</w:t>
      </w:r>
    </w:p>
    <w:tbl>
      <w:tblPr>
        <w:tblStyle w:val="aff0"/>
        <w:tblW w:w="0" w:type="auto"/>
        <w:jc w:val="center"/>
        <w:tblInd w:w="-841" w:type="dxa"/>
        <w:tblLook w:val="04A0"/>
      </w:tblPr>
      <w:tblGrid>
        <w:gridCol w:w="2697"/>
        <w:gridCol w:w="3216"/>
        <w:gridCol w:w="2536"/>
      </w:tblGrid>
      <w:tr w:rsidR="00C53A09" w:rsidTr="00C53A09">
        <w:trPr>
          <w:tblHeader/>
          <w:jc w:val="center"/>
        </w:trPr>
        <w:tc>
          <w:tcPr>
            <w:tcW w:w="2697" w:type="dxa"/>
            <w:shd w:val="clear" w:color="auto" w:fill="FFFFFF" w:themeFill="background1"/>
            <w:vAlign w:val="center"/>
          </w:tcPr>
          <w:p w:rsidR="00C53A09" w:rsidRDefault="00C53A09">
            <w:proofErr w:type="spellStart"/>
            <w:r>
              <w:rPr>
                <w:b/>
                <w:sz w:val="20"/>
              </w:rPr>
              <w:lastRenderedPageBreak/>
              <w:t>Форма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мероприятие</w:t>
            </w:r>
            <w:proofErr w:type="spellEnd"/>
          </w:p>
        </w:tc>
        <w:tc>
          <w:tcPr>
            <w:tcW w:w="3216" w:type="dxa"/>
            <w:shd w:val="clear" w:color="auto" w:fill="FFFFFF" w:themeFill="background1"/>
            <w:vAlign w:val="center"/>
          </w:tcPr>
          <w:p w:rsidR="00C53A09" w:rsidRDefault="00C53A09">
            <w:r>
              <w:rPr>
                <w:b/>
                <w:sz w:val="20"/>
              </w:rPr>
              <w:t>Тема выступления или вопрос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:rsidR="00C53A09" w:rsidRDefault="00C53A09">
            <w:r>
              <w:rPr>
                <w:b/>
                <w:sz w:val="20"/>
              </w:rPr>
              <w:t>Результат / решение</w:t>
            </w:r>
          </w:p>
        </w:tc>
      </w:tr>
      <w:tr w:rsidR="00C53A09" w:rsidRPr="00C53A09" w:rsidTr="00C53A09">
        <w:trPr>
          <w:jc w:val="center"/>
        </w:trPr>
        <w:tc>
          <w:tcPr>
            <w:tcW w:w="2697" w:type="dxa"/>
            <w:shd w:val="clear" w:color="auto" w:fill="FFFFFF" w:themeFill="background1"/>
            <w:vAlign w:val="center"/>
          </w:tcPr>
          <w:p w:rsidR="00C53A09" w:rsidRDefault="00C53A09">
            <w:proofErr w:type="spellStart"/>
            <w:r>
              <w:rPr>
                <w:sz w:val="20"/>
              </w:rPr>
              <w:t>Педагогический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совет</w:t>
            </w:r>
            <w:proofErr w:type="spellEnd"/>
          </w:p>
        </w:tc>
        <w:tc>
          <w:tcPr>
            <w:tcW w:w="3216" w:type="dxa"/>
            <w:shd w:val="clear" w:color="auto" w:fill="FFFFFF" w:themeFill="background1"/>
            <w:vAlign w:val="center"/>
          </w:tcPr>
          <w:p w:rsidR="00C53A09" w:rsidRPr="000C3F83" w:rsidRDefault="00C53A09">
            <w:pPr>
              <w:rPr>
                <w:lang w:val="ru-RU"/>
              </w:rPr>
            </w:pPr>
            <w:r w:rsidRPr="000C3F83">
              <w:rPr>
                <w:sz w:val="20"/>
                <w:lang w:val="ru-RU"/>
              </w:rPr>
              <w:t>Деятельность советника директора по воспитанию в 2025–2026 учебном году: приоритеты, план, календарь Дней единых действий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:rsidR="00C53A09" w:rsidRPr="000C3F83" w:rsidRDefault="00C53A09">
            <w:pPr>
              <w:rPr>
                <w:lang w:val="ru-RU"/>
              </w:rPr>
            </w:pPr>
            <w:r w:rsidRPr="000C3F83">
              <w:rPr>
                <w:sz w:val="20"/>
                <w:lang w:val="ru-RU"/>
              </w:rPr>
              <w:t>Согласованы ключевые воспитательные события, определены ответственные</w:t>
            </w:r>
          </w:p>
        </w:tc>
      </w:tr>
      <w:tr w:rsidR="00C53A09" w:rsidRPr="00C53A09" w:rsidTr="00C53A09">
        <w:trPr>
          <w:jc w:val="center"/>
        </w:trPr>
        <w:tc>
          <w:tcPr>
            <w:tcW w:w="2697" w:type="dxa"/>
            <w:shd w:val="clear" w:color="auto" w:fill="FFFFFF" w:themeFill="background1"/>
            <w:vAlign w:val="center"/>
          </w:tcPr>
          <w:p w:rsidR="00C53A09" w:rsidRDefault="00C53A09">
            <w:proofErr w:type="spellStart"/>
            <w:r>
              <w:rPr>
                <w:sz w:val="20"/>
              </w:rPr>
              <w:t>Административное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совещание</w:t>
            </w:r>
            <w:proofErr w:type="spellEnd"/>
          </w:p>
        </w:tc>
        <w:tc>
          <w:tcPr>
            <w:tcW w:w="3216" w:type="dxa"/>
            <w:shd w:val="clear" w:color="auto" w:fill="FFFFFF" w:themeFill="background1"/>
            <w:vAlign w:val="center"/>
          </w:tcPr>
          <w:p w:rsidR="00C53A09" w:rsidRPr="000C3F83" w:rsidRDefault="00C53A09">
            <w:pPr>
              <w:rPr>
                <w:lang w:val="ru-RU"/>
              </w:rPr>
            </w:pPr>
            <w:r w:rsidRPr="000C3F83">
              <w:rPr>
                <w:sz w:val="20"/>
                <w:lang w:val="ru-RU"/>
              </w:rPr>
              <w:t>Организация участия обучающихся в акциях и проектах Движения Первых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:rsidR="00C53A09" w:rsidRPr="000C3F83" w:rsidRDefault="00C53A09">
            <w:pPr>
              <w:rPr>
                <w:lang w:val="ru-RU"/>
              </w:rPr>
            </w:pPr>
            <w:r w:rsidRPr="000C3F83">
              <w:rPr>
                <w:sz w:val="20"/>
                <w:lang w:val="ru-RU"/>
              </w:rPr>
              <w:t>Утверждён порядок информирования классов и наставников</w:t>
            </w:r>
          </w:p>
        </w:tc>
      </w:tr>
      <w:tr w:rsidR="00C53A09" w:rsidTr="00C53A09">
        <w:trPr>
          <w:jc w:val="center"/>
        </w:trPr>
        <w:tc>
          <w:tcPr>
            <w:tcW w:w="2697" w:type="dxa"/>
            <w:shd w:val="clear" w:color="auto" w:fill="FFFFFF" w:themeFill="background1"/>
            <w:vAlign w:val="center"/>
          </w:tcPr>
          <w:p w:rsidR="00C53A09" w:rsidRDefault="00C53A09">
            <w:proofErr w:type="spellStart"/>
            <w:r>
              <w:rPr>
                <w:sz w:val="20"/>
              </w:rPr>
              <w:t>Совещание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профилактике</w:t>
            </w:r>
            <w:proofErr w:type="spellEnd"/>
          </w:p>
        </w:tc>
        <w:tc>
          <w:tcPr>
            <w:tcW w:w="3216" w:type="dxa"/>
            <w:shd w:val="clear" w:color="auto" w:fill="FFFFFF" w:themeFill="background1"/>
            <w:vAlign w:val="center"/>
          </w:tcPr>
          <w:p w:rsidR="00C53A09" w:rsidRPr="000C3F83" w:rsidRDefault="00C53A09">
            <w:pPr>
              <w:rPr>
                <w:lang w:val="ru-RU"/>
              </w:rPr>
            </w:pPr>
            <w:r w:rsidRPr="000C3F83">
              <w:rPr>
                <w:sz w:val="20"/>
                <w:lang w:val="ru-RU"/>
              </w:rPr>
              <w:t>Вовлечение обучающихся группы риска в социально значимую деятельность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:rsidR="00C53A09" w:rsidRDefault="00C53A09">
            <w:proofErr w:type="spellStart"/>
            <w:r>
              <w:rPr>
                <w:sz w:val="20"/>
              </w:rPr>
              <w:t>Определены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индивидуальные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сопровождения</w:t>
            </w:r>
            <w:proofErr w:type="spellEnd"/>
          </w:p>
        </w:tc>
      </w:tr>
      <w:tr w:rsidR="00C53A09" w:rsidRPr="00C53A09" w:rsidTr="00C53A09">
        <w:trPr>
          <w:jc w:val="center"/>
        </w:trPr>
        <w:tc>
          <w:tcPr>
            <w:tcW w:w="2697" w:type="dxa"/>
            <w:shd w:val="clear" w:color="auto" w:fill="FFFFFF" w:themeFill="background1"/>
            <w:vAlign w:val="center"/>
          </w:tcPr>
          <w:p w:rsidR="00C53A09" w:rsidRDefault="00C53A09">
            <w:proofErr w:type="spellStart"/>
            <w:r>
              <w:rPr>
                <w:sz w:val="20"/>
              </w:rPr>
              <w:t>Методическое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объединение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руководителей</w:t>
            </w:r>
            <w:proofErr w:type="spellEnd"/>
          </w:p>
        </w:tc>
        <w:tc>
          <w:tcPr>
            <w:tcW w:w="3216" w:type="dxa"/>
            <w:shd w:val="clear" w:color="auto" w:fill="FFFFFF" w:themeFill="background1"/>
            <w:vAlign w:val="center"/>
          </w:tcPr>
          <w:p w:rsidR="00C53A09" w:rsidRPr="000C3F83" w:rsidRDefault="00C53A09">
            <w:pPr>
              <w:rPr>
                <w:lang w:val="ru-RU"/>
              </w:rPr>
            </w:pPr>
            <w:r w:rsidRPr="000C3F83">
              <w:rPr>
                <w:sz w:val="20"/>
                <w:lang w:val="ru-RU"/>
              </w:rPr>
              <w:t>Дни единых действий как ресурс воспитательной работы класса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:rsidR="00C53A09" w:rsidRPr="000C3F83" w:rsidRDefault="00C53A09">
            <w:pPr>
              <w:rPr>
                <w:lang w:val="ru-RU"/>
              </w:rPr>
            </w:pPr>
            <w:r w:rsidRPr="000C3F83">
              <w:rPr>
                <w:sz w:val="20"/>
                <w:lang w:val="ru-RU"/>
              </w:rPr>
              <w:t>Классным руководителям предложены форматы проведения мероприятий</w:t>
            </w:r>
          </w:p>
        </w:tc>
      </w:tr>
    </w:tbl>
    <w:p w:rsidR="00A613F1" w:rsidRPr="000C3F83" w:rsidRDefault="00A613F1">
      <w:pPr>
        <w:rPr>
          <w:lang w:val="ru-RU"/>
        </w:rPr>
      </w:pP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Взаимодействие с методическим объединением классных руководителей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За 2025–2026 учебный год советник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принял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участие в </w:t>
      </w:r>
      <w:r w:rsidR="00C53A09">
        <w:rPr>
          <w:lang w:val="ru-RU"/>
        </w:rPr>
        <w:t>5</w:t>
      </w:r>
      <w:r w:rsidRPr="000C3F83">
        <w:rPr>
          <w:lang w:val="ru-RU"/>
        </w:rPr>
        <w:t xml:space="preserve"> заседаниях методического объединения классных руководителей. В ходе работы обсуждались формы проведения Дней единых действий, включение классных коллективов в школьные и федеральные акции, развитие наставничества, профилактическая работа, сопровождение детских инициатив и информационное освещение мероприятий.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Классные руководители привлекались к совместной подготовке и проведению мероприятий, что позволило обеспечить системный охват обучающихся и использовать воспитательный потенциал каждого события. Советником были подготовлены методические рекомендации, сценарные материалы, информационные карточки, посты для родительских чатов и официальных страниц школы.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4. Работа с обучающимися, школьным активом и Центром детских инициатив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В 2025–2026 учебном году особое внимание уделялось поддержке инициатив обучающихся и развитию школьного актива. На базе </w:t>
      </w:r>
      <w:r w:rsidR="00C53A09">
        <w:rPr>
          <w:lang w:val="ru-RU"/>
        </w:rPr>
        <w:t xml:space="preserve">МБОУ </w:t>
      </w:r>
      <w:proofErr w:type="spellStart"/>
      <w:r w:rsidR="00C53A09">
        <w:rPr>
          <w:lang w:val="ru-RU"/>
        </w:rPr>
        <w:t>Кагальницкой</w:t>
      </w:r>
      <w:proofErr w:type="spellEnd"/>
      <w:r w:rsidR="00C53A09">
        <w:rPr>
          <w:lang w:val="ru-RU"/>
        </w:rPr>
        <w:t xml:space="preserve"> СОШ</w:t>
      </w:r>
      <w:r w:rsidRPr="000C3F83">
        <w:rPr>
          <w:lang w:val="ru-RU"/>
        </w:rPr>
        <w:t xml:space="preserve"> функционировал Центр детских инициатив, который стал пространством для обсуждения идей, подготовки школьных событий, планирования акций, проведения встреч актива и работы детских общественных объединений.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К концу учебного года в деятельность Центра детских инициатив были вовлечены </w:t>
      </w:r>
      <w:r w:rsidR="00C53A09">
        <w:rPr>
          <w:lang w:val="ru-RU"/>
        </w:rPr>
        <w:t>56</w:t>
      </w:r>
      <w:r w:rsidRPr="000C3F83">
        <w:rPr>
          <w:lang w:val="ru-RU"/>
        </w:rPr>
        <w:t xml:space="preserve"> обучающихся. В актив школы вошли представители </w:t>
      </w:r>
      <w:r w:rsidR="00C53A09">
        <w:rPr>
          <w:lang w:val="ru-RU"/>
        </w:rPr>
        <w:t>5-11 классов</w:t>
      </w:r>
      <w:r w:rsidRPr="000C3F83">
        <w:rPr>
          <w:lang w:val="ru-RU"/>
        </w:rPr>
        <w:t>, которые участвовали в планировании и реализации мероприятий, помогали в оформлении пространства, проведении акций, работе школьного медиацентра, сопровождении младших школьников и организации добровольческих дел.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Основные формы работы с активом: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регулярные встречи школьного актива и Совета Первых;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мозговые штурмы по подготовке общешкольных дел;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распределение ролей при проведении Дней единых действий;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подготовка ведущих, волонтёров, медиагруппы, оформителей и координаторов станций;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 xml:space="preserve">проведение обучающих мини-встреч по лидерству, командной работе, публичному выступлению и </w:t>
      </w:r>
      <w:proofErr w:type="spellStart"/>
      <w:r w:rsidRPr="000C3F83">
        <w:rPr>
          <w:lang w:val="ru-RU"/>
        </w:rPr>
        <w:t>медиаграмотности</w:t>
      </w:r>
      <w:proofErr w:type="spellEnd"/>
      <w:r w:rsidRPr="000C3F83">
        <w:rPr>
          <w:lang w:val="ru-RU"/>
        </w:rPr>
        <w:t>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lastRenderedPageBreak/>
        <w:t>участие активистов в анализе проведённых мероприятий и сборе обратной связи.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Результатом работы стало повышение самостоятельности обучающихся, расширение круга участников школьного актива, развитие культуры инициативы и ответственности за общее дело. Активисты проявляли себя не только как участники, но и как организаторы школьной жизни.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5. Детские общественные объединения и движения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5.1. Первичное отделение «Движения Первых»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В </w:t>
      </w:r>
      <w:r w:rsidR="00C53A09">
        <w:rPr>
          <w:lang w:val="ru-RU"/>
        </w:rPr>
        <w:t xml:space="preserve">МБОУ </w:t>
      </w:r>
      <w:proofErr w:type="spellStart"/>
      <w:r w:rsidR="00C53A09">
        <w:rPr>
          <w:lang w:val="ru-RU"/>
        </w:rPr>
        <w:t>Кагальнцкой</w:t>
      </w:r>
      <w:proofErr w:type="spellEnd"/>
      <w:r w:rsidR="00C53A09">
        <w:rPr>
          <w:lang w:val="ru-RU"/>
        </w:rPr>
        <w:t xml:space="preserve"> СОШ</w:t>
      </w:r>
      <w:r w:rsidRPr="000C3F83">
        <w:rPr>
          <w:lang w:val="ru-RU"/>
        </w:rPr>
        <w:t xml:space="preserve"> продолжило работу первичное отделение Российского движения детей и молодёжи «Дв</w:t>
      </w:r>
      <w:r w:rsidR="00C53A09">
        <w:rPr>
          <w:lang w:val="ru-RU"/>
        </w:rPr>
        <w:t>ижение</w:t>
      </w:r>
      <w:proofErr w:type="gramStart"/>
      <w:r w:rsidR="00C53A09">
        <w:rPr>
          <w:lang w:val="ru-RU"/>
        </w:rPr>
        <w:t xml:space="preserve"> П</w:t>
      </w:r>
      <w:proofErr w:type="gramEnd"/>
      <w:r w:rsidR="00C53A09">
        <w:rPr>
          <w:lang w:val="ru-RU"/>
        </w:rPr>
        <w:t>ервых». По состоянию на 01.06.2026</w:t>
      </w:r>
      <w:r w:rsidRPr="000C3F83">
        <w:rPr>
          <w:lang w:val="ru-RU"/>
        </w:rPr>
        <w:t xml:space="preserve"> в движении </w:t>
      </w:r>
      <w:proofErr w:type="gramStart"/>
      <w:r w:rsidRPr="000C3F83">
        <w:rPr>
          <w:lang w:val="ru-RU"/>
        </w:rPr>
        <w:t>зарегистрированы</w:t>
      </w:r>
      <w:proofErr w:type="gramEnd"/>
      <w:r w:rsidRPr="000C3F83">
        <w:rPr>
          <w:lang w:val="ru-RU"/>
        </w:rPr>
        <w:t xml:space="preserve"> </w:t>
      </w:r>
      <w:r w:rsidR="00C53A09">
        <w:rPr>
          <w:lang w:val="ru-RU"/>
        </w:rPr>
        <w:t>317</w:t>
      </w:r>
      <w:r w:rsidRPr="000C3F83">
        <w:rPr>
          <w:lang w:val="ru-RU"/>
        </w:rPr>
        <w:t xml:space="preserve"> обучающихся и </w:t>
      </w:r>
      <w:r w:rsidR="00C53A09">
        <w:rPr>
          <w:lang w:val="ru-RU"/>
        </w:rPr>
        <w:t>10</w:t>
      </w:r>
      <w:r w:rsidRPr="000C3F83">
        <w:rPr>
          <w:lang w:val="ru-RU"/>
        </w:rPr>
        <w:t xml:space="preserve"> наставников. В течение учебного года продолжалась информационная работа по регистрации обучающихся и наставников на официальных ресурсах движения, а также сопровождение участия школьников в акциях, проектах, конкурсах и событиях.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Советник совместно с активом информировал обучающихся о возможностях участия в проектах Движения Первых, помогал выбирать направления активности, сопровождал регистрацию, консультировал по участию в конкурсах и организовывал школьные форматы федеральных акций.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В течение года обучающиеся приняли участие в следующих акциях и мероприятиях Движения</w:t>
      </w:r>
      <w:proofErr w:type="gramStart"/>
      <w:r w:rsidRPr="000C3F83">
        <w:rPr>
          <w:lang w:val="ru-RU"/>
        </w:rPr>
        <w:t xml:space="preserve"> П</w:t>
      </w:r>
      <w:proofErr w:type="gramEnd"/>
      <w:r w:rsidRPr="000C3F83">
        <w:rPr>
          <w:lang w:val="ru-RU"/>
        </w:rPr>
        <w:t xml:space="preserve">ервых: </w:t>
      </w:r>
      <w:proofErr w:type="gramStart"/>
      <w:r w:rsidRPr="00C53A09">
        <w:rPr>
          <w:lang w:val="ru-RU"/>
        </w:rPr>
        <w:t>«За знаниями», «По следам героев», «Патруль безопасности», «Знаю – помогаю», «Вектор дружбы», «#Благодарю», «Вместе с папой», «Россия – семья семей», «Спасибо маме», «Неделя добрых дел», «История Героев», «Новогодние окна», «Наука для каждого», «Наши защитники Отечества», «Вам, любимые!», «Одна страна – одна история», «В мире театра»</w:t>
      </w:r>
      <w:r w:rsidRPr="000C3F83">
        <w:rPr>
          <w:lang w:val="ru-RU"/>
        </w:rPr>
        <w:t>.</w:t>
      </w:r>
      <w:proofErr w:type="gramEnd"/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У</w:t>
      </w:r>
      <w:r w:rsidR="0035562B" w:rsidRPr="000C3F83">
        <w:rPr>
          <w:lang w:val="ru-RU"/>
        </w:rPr>
        <w:t>частие в акциях Движения Первых позволило расширить социальную активность обучающихся, сформировать опыт командного взаимодействия, публичного представления результатов, добровольчества, уважительного отношения к истории, культуре, семье, труду и общественно значимым инициативам.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5.2. «Орлята России»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В начальной школе продолжилась реализация Всероссийской программы развития социальной активности обучающихся начальных классов «Орлята России». В 2025–2026 учебном году в программе приняли участие </w:t>
      </w:r>
      <w:r w:rsidR="00C53A09">
        <w:rPr>
          <w:lang w:val="ru-RU"/>
        </w:rPr>
        <w:t>16</w:t>
      </w:r>
      <w:r w:rsidRPr="000C3F83">
        <w:rPr>
          <w:lang w:val="ru-RU"/>
        </w:rPr>
        <w:t xml:space="preserve"> </w:t>
      </w:r>
      <w:proofErr w:type="spellStart"/>
      <w:r w:rsidRPr="000C3F83">
        <w:rPr>
          <w:lang w:val="ru-RU"/>
        </w:rPr>
        <w:t>классов</w:t>
      </w:r>
      <w:proofErr w:type="spellEnd"/>
      <w:r w:rsidRPr="000C3F83">
        <w:rPr>
          <w:lang w:val="ru-RU"/>
        </w:rPr>
        <w:t xml:space="preserve">, </w:t>
      </w:r>
      <w:r w:rsidR="00C53A09">
        <w:rPr>
          <w:lang w:val="ru-RU"/>
        </w:rPr>
        <w:t>471</w:t>
      </w:r>
      <w:r w:rsidRPr="000C3F83">
        <w:rPr>
          <w:lang w:val="ru-RU"/>
        </w:rPr>
        <w:t xml:space="preserve"> обучающихся и </w:t>
      </w:r>
      <w:r w:rsidR="00C53A09">
        <w:rPr>
          <w:lang w:val="ru-RU"/>
        </w:rPr>
        <w:t xml:space="preserve">16 </w:t>
      </w:r>
      <w:r w:rsidRPr="000C3F83">
        <w:rPr>
          <w:lang w:val="ru-RU"/>
        </w:rPr>
        <w:t>педагогов-наставников.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Советник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оказывал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методическую и организационную помощь педагогам начальных классов, участвовал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в проведении вводных и итоговых событий, сопровождал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школьные дела по трекам программы, помогал</w:t>
      </w:r>
      <w:r w:rsidR="00C53A09">
        <w:rPr>
          <w:lang w:val="ru-RU"/>
        </w:rPr>
        <w:t>и</w:t>
      </w:r>
      <w:r w:rsidRPr="000C3F83">
        <w:rPr>
          <w:lang w:val="ru-RU"/>
        </w:rPr>
        <w:t xml:space="preserve"> в оформлении материалов и информационном освещении.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В рамках программы были проведены: </w:t>
      </w:r>
      <w:r w:rsidRPr="00C53A09">
        <w:rPr>
          <w:lang w:val="ru-RU"/>
        </w:rPr>
        <w:t>посвящение в Орлята, трековые дела, итоговые сборы, акции добрых дел, творческие мастерские, встречи, игры</w:t>
      </w:r>
      <w:r w:rsidRPr="000C3F83">
        <w:rPr>
          <w:lang w:val="ru-RU"/>
        </w:rPr>
        <w:t>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Результатом стало развитие у младших школьников навыков сотрудничества, доброжелательного общения, ответственности, интереса к общественной жизни школы и готовности участвовать в коллективных делах.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lastRenderedPageBreak/>
        <w:t xml:space="preserve">5.3. </w:t>
      </w:r>
      <w:proofErr w:type="spellStart"/>
      <w:r w:rsidRPr="000C3F83">
        <w:rPr>
          <w:rFonts w:ascii="Times New Roman" w:eastAsia="Times New Roman" w:hAnsi="Times New Roman"/>
          <w:sz w:val="24"/>
          <w:lang w:val="ru-RU"/>
        </w:rPr>
        <w:t>Юнармия</w:t>
      </w:r>
      <w:proofErr w:type="spellEnd"/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Воспитательная работа по патриотическому направлению включала взаимодействие с юнармейским отрядом / участниками Всероссийского детско-юношеского военно-патриотического общественного движения «</w:t>
      </w:r>
      <w:proofErr w:type="spellStart"/>
      <w:r w:rsidRPr="000C3F83">
        <w:rPr>
          <w:lang w:val="ru-RU"/>
        </w:rPr>
        <w:t>Юнармия</w:t>
      </w:r>
      <w:proofErr w:type="spellEnd"/>
      <w:r w:rsidRPr="000C3F83">
        <w:rPr>
          <w:lang w:val="ru-RU"/>
        </w:rPr>
        <w:t xml:space="preserve">». В 2025–2026 учебном году в деятельность юнармейского направления были вовлечены </w:t>
      </w:r>
      <w:r w:rsidR="00967982">
        <w:rPr>
          <w:lang w:val="ru-RU"/>
        </w:rPr>
        <w:t>18</w:t>
      </w:r>
      <w:r w:rsidRPr="000C3F83">
        <w:rPr>
          <w:lang w:val="ru-RU"/>
        </w:rPr>
        <w:t xml:space="preserve"> </w:t>
      </w:r>
      <w:proofErr w:type="gramStart"/>
      <w:r w:rsidRPr="000C3F83">
        <w:rPr>
          <w:lang w:val="ru-RU"/>
        </w:rPr>
        <w:t>обучающихся</w:t>
      </w:r>
      <w:proofErr w:type="gramEnd"/>
      <w:r w:rsidRPr="000C3F83">
        <w:rPr>
          <w:lang w:val="ru-RU"/>
        </w:rPr>
        <w:t>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Юнармейцы участвовали в торжественных линейках, мероприятиях ко Дням воинской славы, акциях памяти, мероприятиях, посвящённых Дню защитника Отечества, Дню Победы, Дню Героев Отечества, Дню Неизвестного солдата, а также в школьных патриотических событиях и церемониях.</w:t>
      </w:r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У</w:t>
      </w:r>
      <w:r w:rsidR="0035562B" w:rsidRPr="000C3F83">
        <w:rPr>
          <w:lang w:val="ru-RU"/>
        </w:rPr>
        <w:t>частие обучающихся в юнармейском направлении способствовало формированию гражданской ответственности, уважения к воинским традициям, истории России, подвигу защитников Отечества, развитию дисциплины, командности и готовности к социально значимой деятельности.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 xml:space="preserve">5.4. Волонтёрское объединение и </w:t>
      </w:r>
      <w:proofErr w:type="spellStart"/>
      <w:r w:rsidRPr="000C3F83">
        <w:rPr>
          <w:rFonts w:ascii="Times New Roman" w:eastAsia="Times New Roman" w:hAnsi="Times New Roman"/>
          <w:sz w:val="24"/>
          <w:lang w:val="ru-RU"/>
        </w:rPr>
        <w:t>Добро.РФ</w:t>
      </w:r>
      <w:proofErr w:type="spellEnd"/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В школе велась работа по развитию добровольческого движения. Волонтёры участвовали в социальных, патриотических, экологических, просветительских и благотворительных мероприятиях. Информационное сопровождение и учёт добровольческой активности осуществлялись с использованием платформы </w:t>
      </w:r>
      <w:proofErr w:type="spellStart"/>
      <w:r w:rsidRPr="000C3F83">
        <w:rPr>
          <w:lang w:val="ru-RU"/>
        </w:rPr>
        <w:t>Добро</w:t>
      </w:r>
      <w:proofErr w:type="gramStart"/>
      <w:r w:rsidRPr="000C3F83">
        <w:rPr>
          <w:lang w:val="ru-RU"/>
        </w:rPr>
        <w:t>.Р</w:t>
      </w:r>
      <w:proofErr w:type="gramEnd"/>
      <w:r w:rsidRPr="000C3F83">
        <w:rPr>
          <w:lang w:val="ru-RU"/>
        </w:rPr>
        <w:t>Ф</w:t>
      </w:r>
      <w:proofErr w:type="spellEnd"/>
      <w:r w:rsidR="00967982">
        <w:rPr>
          <w:lang w:val="ru-RU"/>
        </w:rPr>
        <w:t>.</w:t>
      </w:r>
    </w:p>
    <w:p w:rsidR="00A613F1" w:rsidRDefault="0035562B">
      <w:pPr>
        <w:pStyle w:val="31"/>
        <w:spacing w:before="0" w:after="80"/>
      </w:pPr>
      <w:proofErr w:type="spellStart"/>
      <w:r>
        <w:rPr>
          <w:rFonts w:ascii="Times New Roman" w:eastAsia="Times New Roman" w:hAnsi="Times New Roman"/>
        </w:rPr>
        <w:t>Основные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направления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добровольческой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деятельности</w:t>
      </w:r>
      <w:proofErr w:type="spellEnd"/>
      <w:r>
        <w:rPr>
          <w:rFonts w:ascii="Times New Roman" w:eastAsia="Times New Roman" w:hAnsi="Times New Roman"/>
        </w:rPr>
        <w:t>: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помощь в организации школьных мероприятий и торжественных событий;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участие в акциях памяти и благоустройства;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экологические акции и просветительские мероприятия;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помощь младшим школьникам и сопровождение игровых станций;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участие в благотворительных и социальных инициативах;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информационная поддержка добровольческих дел в школьных медиа.</w:t>
      </w:r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Д</w:t>
      </w:r>
      <w:r w:rsidR="0035562B" w:rsidRPr="000C3F83">
        <w:rPr>
          <w:lang w:val="ru-RU"/>
        </w:rPr>
        <w:t>обровольческая деятельность позволила обучающимся получить опыт помощи другим людям, почувствовать личную значимость в жизни школы и местного сообщества, развить эмпатию, ответственность, организаторские навыки и культуру социального действия.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5.5. Юннатское направление</w:t>
      </w:r>
    </w:p>
    <w:p w:rsidR="00A613F1" w:rsidRPr="000C3F83" w:rsidRDefault="0035562B" w:rsidP="00967982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В 2025–2026 учебном году в воспитательную работу были включены мероприятия экологической направленности. Участники экологического актива </w:t>
      </w:r>
      <w:r w:rsidR="00967982">
        <w:rPr>
          <w:lang w:val="ru-RU"/>
        </w:rPr>
        <w:t xml:space="preserve">МБОУ </w:t>
      </w:r>
      <w:proofErr w:type="spellStart"/>
      <w:r w:rsidR="00967982">
        <w:rPr>
          <w:lang w:val="ru-RU"/>
        </w:rPr>
        <w:t>Кагальницкой</w:t>
      </w:r>
      <w:proofErr w:type="spellEnd"/>
      <w:r w:rsidR="00967982">
        <w:rPr>
          <w:lang w:val="ru-RU"/>
        </w:rPr>
        <w:t xml:space="preserve"> СОШ</w:t>
      </w:r>
      <w:r w:rsidRPr="000C3F83">
        <w:rPr>
          <w:lang w:val="ru-RU"/>
        </w:rPr>
        <w:t xml:space="preserve"> принимали участие в экологических акциях, мероприятиях ко Дню Земли, Дню защиты животных, просветительских беседах, благоустройстве школьной территории, </w:t>
      </w:r>
      <w:r w:rsidRPr="00967982">
        <w:rPr>
          <w:lang w:val="ru-RU"/>
        </w:rPr>
        <w:t>акци</w:t>
      </w:r>
      <w:r w:rsidR="00967982" w:rsidRPr="00967982">
        <w:rPr>
          <w:lang w:val="ru-RU"/>
        </w:rPr>
        <w:t>и</w:t>
      </w:r>
      <w:r w:rsidRPr="00967982">
        <w:rPr>
          <w:lang w:val="ru-RU"/>
        </w:rPr>
        <w:t xml:space="preserve"> «Сад памяти», уроки экологии, конкурс рисунков, сбор макулатуры</w:t>
      </w:r>
      <w:proofErr w:type="gramStart"/>
      <w:r w:rsidR="00967982">
        <w:rPr>
          <w:lang w:val="ru-RU"/>
        </w:rPr>
        <w:t>.</w:t>
      </w:r>
      <w:proofErr w:type="gramEnd"/>
      <w:r w:rsidR="00967982">
        <w:rPr>
          <w:lang w:val="ru-RU"/>
        </w:rPr>
        <w:t xml:space="preserve"> Экологическое </w:t>
      </w:r>
      <w:r w:rsidRPr="000C3F83">
        <w:rPr>
          <w:lang w:val="ru-RU"/>
        </w:rPr>
        <w:t>направление способствовало развитию экологической культуры обучающихся, бережного отношения к природе родного края, практических навыков ухода за растениями, понимания личной ответственности за состояние окружающей среды.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6. Дни единых действий и ключевые воспитательные события 2025–2026 учебного года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В течение 2025–2026 учебного года советник</w:t>
      </w:r>
      <w:r w:rsidR="00967982">
        <w:rPr>
          <w:lang w:val="ru-RU"/>
        </w:rPr>
        <w:t>и</w:t>
      </w:r>
      <w:r w:rsidRPr="000C3F83">
        <w:rPr>
          <w:lang w:val="ru-RU"/>
        </w:rPr>
        <w:t xml:space="preserve"> организовывал</w:t>
      </w:r>
      <w:r w:rsidR="00967982">
        <w:rPr>
          <w:lang w:val="ru-RU"/>
        </w:rPr>
        <w:t>и</w:t>
      </w:r>
      <w:r w:rsidRPr="000C3F83">
        <w:rPr>
          <w:lang w:val="ru-RU"/>
        </w:rPr>
        <w:t xml:space="preserve"> и сопровождал</w:t>
      </w:r>
      <w:r w:rsidR="00967982">
        <w:rPr>
          <w:lang w:val="ru-RU"/>
        </w:rPr>
        <w:t xml:space="preserve">и </w:t>
      </w:r>
      <w:r w:rsidRPr="000C3F83">
        <w:rPr>
          <w:lang w:val="ru-RU"/>
        </w:rPr>
        <w:t xml:space="preserve">участие обучающихся в Днях единых действий. Эти события стали важной частью воспитательной </w:t>
      </w:r>
      <w:r w:rsidRPr="000C3F83">
        <w:rPr>
          <w:lang w:val="ru-RU"/>
        </w:rPr>
        <w:lastRenderedPageBreak/>
        <w:t>системы школы, так как позволили объединить обучающихся, педагогов и родителей вокруг значимых дат, исторической памяти, духовно-нравственных ценностей, культуры, добровольчества и гражданской ответственности.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При планировании мероприятий учитывались календарь Дней единых действий Российского движения детей и молодёжи на 2025–2026 учебный год, возрастные особенности обучающихся, ресурсы школы, инициативы активистов, возможности социальных партнёров и актуальные направления воспитательной работы.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Особое место заняла акция «Самолётик Навигатор». Она была проведена 1 сентября в День знаний и проведена 26 мая в рамках праздника Последнего звонка как символ преемственности, поддержки, доброго напутствия и связи поколений школьников.</w:t>
      </w:r>
    </w:p>
    <w:tbl>
      <w:tblPr>
        <w:tblStyle w:val="aff0"/>
        <w:tblW w:w="0" w:type="auto"/>
        <w:jc w:val="center"/>
        <w:tblLook w:val="04A0"/>
      </w:tblPr>
      <w:tblGrid>
        <w:gridCol w:w="2536"/>
        <w:gridCol w:w="5637"/>
      </w:tblGrid>
      <w:tr w:rsidR="00967982" w:rsidRPr="00967982" w:rsidTr="00967982">
        <w:trPr>
          <w:tblHeader/>
          <w:jc w:val="center"/>
        </w:trPr>
        <w:tc>
          <w:tcPr>
            <w:tcW w:w="2536" w:type="dxa"/>
            <w:shd w:val="clear" w:color="auto" w:fill="FFFFFF" w:themeFill="background1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5637" w:type="dxa"/>
            <w:shd w:val="clear" w:color="auto" w:fill="FFFFFF" w:themeFill="background1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r w:rsidRPr="00967982">
              <w:rPr>
                <w:b/>
                <w:sz w:val="20"/>
                <w:szCs w:val="20"/>
              </w:rPr>
              <w:t>Даты и события</w:t>
            </w:r>
          </w:p>
        </w:tc>
      </w:tr>
      <w:tr w:rsidR="00967982" w:rsidRPr="00967982" w:rsidTr="00967982">
        <w:trPr>
          <w:jc w:val="center"/>
        </w:trPr>
        <w:tc>
          <w:tcPr>
            <w:tcW w:w="2536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5637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  <w:lang w:val="ru-RU"/>
              </w:rPr>
            </w:pPr>
            <w:r w:rsidRPr="00967982">
              <w:rPr>
                <w:sz w:val="20"/>
                <w:szCs w:val="20"/>
                <w:lang w:val="ru-RU"/>
              </w:rPr>
              <w:t>1 сентября — День знаний; акция «Самолётик Навигатор»</w:t>
            </w:r>
            <w:r w:rsidRPr="00967982">
              <w:rPr>
                <w:sz w:val="20"/>
                <w:szCs w:val="20"/>
                <w:lang w:val="ru-RU"/>
              </w:rPr>
              <w:br/>
              <w:t>3 сентября — День солидарности в борьбе с терроризмом</w:t>
            </w:r>
            <w:r w:rsidRPr="00967982">
              <w:rPr>
                <w:sz w:val="20"/>
                <w:szCs w:val="20"/>
                <w:lang w:val="ru-RU"/>
              </w:rPr>
              <w:br/>
              <w:t>8 сентября — Международный день распространения грамотности</w:t>
            </w:r>
            <w:r w:rsidRPr="00967982">
              <w:rPr>
                <w:sz w:val="20"/>
                <w:szCs w:val="20"/>
                <w:lang w:val="ru-RU"/>
              </w:rPr>
              <w:br/>
              <w:t>10 сентября — Международный день памяти фашизма</w:t>
            </w:r>
            <w:r w:rsidRPr="00967982">
              <w:rPr>
                <w:sz w:val="20"/>
                <w:szCs w:val="20"/>
                <w:lang w:val="ru-RU"/>
              </w:rPr>
              <w:br/>
              <w:t>21 сентября — Международный день мира</w:t>
            </w:r>
            <w:r w:rsidRPr="00967982">
              <w:rPr>
                <w:sz w:val="20"/>
                <w:szCs w:val="20"/>
                <w:lang w:val="ru-RU"/>
              </w:rPr>
              <w:br/>
              <w:t>27 сентября — День работника дошкольного образования, День туризма</w:t>
            </w:r>
          </w:p>
        </w:tc>
      </w:tr>
      <w:tr w:rsidR="00967982" w:rsidRPr="00967982" w:rsidTr="00967982">
        <w:trPr>
          <w:jc w:val="center"/>
        </w:trPr>
        <w:tc>
          <w:tcPr>
            <w:tcW w:w="2536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5637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  <w:lang w:val="ru-RU"/>
              </w:rPr>
            </w:pPr>
            <w:r w:rsidRPr="00967982">
              <w:rPr>
                <w:sz w:val="20"/>
                <w:szCs w:val="20"/>
                <w:lang w:val="ru-RU"/>
              </w:rPr>
              <w:t>1 октября — Международный день пожилых людей, Международный день музыки</w:t>
            </w:r>
            <w:r w:rsidRPr="00967982">
              <w:rPr>
                <w:sz w:val="20"/>
                <w:szCs w:val="20"/>
                <w:lang w:val="ru-RU"/>
              </w:rPr>
              <w:br/>
              <w:t>4 октября — День защиты животных</w:t>
            </w:r>
            <w:r w:rsidRPr="00967982">
              <w:rPr>
                <w:sz w:val="20"/>
                <w:szCs w:val="20"/>
                <w:lang w:val="ru-RU"/>
              </w:rPr>
              <w:br/>
              <w:t>5 октября — День учителя</w:t>
            </w:r>
            <w:r w:rsidRPr="00967982">
              <w:rPr>
                <w:sz w:val="20"/>
                <w:szCs w:val="20"/>
                <w:lang w:val="ru-RU"/>
              </w:rPr>
              <w:br/>
              <w:t>15 октября — День отца в России</w:t>
            </w:r>
            <w:r w:rsidRPr="00967982">
              <w:rPr>
                <w:sz w:val="20"/>
                <w:szCs w:val="20"/>
                <w:lang w:val="ru-RU"/>
              </w:rPr>
              <w:br/>
              <w:t>25 октября — Международный день школьных библиотек</w:t>
            </w:r>
          </w:p>
        </w:tc>
      </w:tr>
      <w:tr w:rsidR="00967982" w:rsidRPr="00967982" w:rsidTr="00967982">
        <w:trPr>
          <w:jc w:val="center"/>
        </w:trPr>
        <w:tc>
          <w:tcPr>
            <w:tcW w:w="2536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5637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  <w:lang w:val="ru-RU"/>
              </w:rPr>
            </w:pPr>
            <w:r w:rsidRPr="00967982">
              <w:rPr>
                <w:sz w:val="20"/>
                <w:szCs w:val="20"/>
                <w:lang w:val="ru-RU"/>
              </w:rPr>
              <w:t>4 ноября — День народного единства</w:t>
            </w:r>
            <w:r w:rsidRPr="00967982">
              <w:rPr>
                <w:sz w:val="20"/>
                <w:szCs w:val="20"/>
                <w:lang w:val="ru-RU"/>
              </w:rPr>
              <w:br/>
              <w:t xml:space="preserve">8 ноября — День памяти погибших при исполнении служебных </w:t>
            </w:r>
            <w:proofErr w:type="gramStart"/>
            <w:r w:rsidRPr="00967982">
              <w:rPr>
                <w:sz w:val="20"/>
                <w:szCs w:val="20"/>
                <w:lang w:val="ru-RU"/>
              </w:rPr>
              <w:t>обязанностей сотрудников органов внутренних дел России</w:t>
            </w:r>
            <w:proofErr w:type="gramEnd"/>
            <w:r w:rsidRPr="00967982">
              <w:rPr>
                <w:sz w:val="20"/>
                <w:szCs w:val="20"/>
                <w:lang w:val="ru-RU"/>
              </w:rPr>
              <w:br/>
              <w:t>20 ноября — День начала Нюрнбергского процесса</w:t>
            </w:r>
            <w:r w:rsidRPr="00967982">
              <w:rPr>
                <w:sz w:val="20"/>
                <w:szCs w:val="20"/>
                <w:lang w:val="ru-RU"/>
              </w:rPr>
              <w:br/>
              <w:t>26 ноября — День матери в России</w:t>
            </w:r>
            <w:r w:rsidRPr="00967982">
              <w:rPr>
                <w:sz w:val="20"/>
                <w:szCs w:val="20"/>
                <w:lang w:val="ru-RU"/>
              </w:rPr>
              <w:br/>
              <w:t>30 ноября — День государственного герба Российской Федерации</w:t>
            </w:r>
          </w:p>
        </w:tc>
      </w:tr>
      <w:tr w:rsidR="00967982" w:rsidRPr="00967982" w:rsidTr="00967982">
        <w:trPr>
          <w:jc w:val="center"/>
        </w:trPr>
        <w:tc>
          <w:tcPr>
            <w:tcW w:w="2536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5637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  <w:lang w:val="ru-RU"/>
              </w:rPr>
            </w:pPr>
            <w:proofErr w:type="gramStart"/>
            <w:r w:rsidRPr="00967982">
              <w:rPr>
                <w:sz w:val="20"/>
                <w:szCs w:val="20"/>
                <w:lang w:val="ru-RU"/>
              </w:rPr>
              <w:t>1 декабря — Международный день прав человека</w:t>
            </w:r>
            <w:r w:rsidRPr="00967982">
              <w:rPr>
                <w:sz w:val="20"/>
                <w:szCs w:val="20"/>
                <w:lang w:val="ru-RU"/>
              </w:rPr>
              <w:br/>
              <w:t>3 декабря — День Неизвестного солдата; Международный день инвалидов</w:t>
            </w:r>
            <w:r w:rsidRPr="00967982">
              <w:rPr>
                <w:sz w:val="20"/>
                <w:szCs w:val="20"/>
                <w:lang w:val="ru-RU"/>
              </w:rPr>
              <w:br/>
              <w:t>5 декабря — День добровольца (волонтёра) в России</w:t>
            </w:r>
            <w:r w:rsidRPr="00967982">
              <w:rPr>
                <w:sz w:val="20"/>
                <w:szCs w:val="20"/>
                <w:lang w:val="ru-RU"/>
              </w:rPr>
              <w:br/>
              <w:t>8 декабря — Международный день художника</w:t>
            </w:r>
            <w:r w:rsidRPr="00967982">
              <w:rPr>
                <w:sz w:val="20"/>
                <w:szCs w:val="20"/>
                <w:lang w:val="ru-RU"/>
              </w:rPr>
              <w:br/>
              <w:t>9 декабря — День Героев Отечества</w:t>
            </w:r>
            <w:r w:rsidRPr="00967982">
              <w:rPr>
                <w:sz w:val="20"/>
                <w:szCs w:val="20"/>
                <w:lang w:val="ru-RU"/>
              </w:rPr>
              <w:br/>
              <w:t>10 декабря — День прав человека</w:t>
            </w:r>
            <w:r w:rsidRPr="00967982">
              <w:rPr>
                <w:sz w:val="20"/>
                <w:szCs w:val="20"/>
                <w:lang w:val="ru-RU"/>
              </w:rPr>
              <w:br/>
              <w:t>12 декабря — День Конституции Российской Федерации</w:t>
            </w:r>
            <w:r w:rsidRPr="00967982">
              <w:rPr>
                <w:sz w:val="20"/>
                <w:szCs w:val="20"/>
                <w:lang w:val="ru-RU"/>
              </w:rPr>
              <w:br/>
              <w:t>25 декабря — День принятия Федеральных конституционных законов о Государственных символах Российской Федерации</w:t>
            </w:r>
            <w:proofErr w:type="gramEnd"/>
          </w:p>
        </w:tc>
      </w:tr>
      <w:tr w:rsidR="00967982" w:rsidRPr="00967982" w:rsidTr="00967982">
        <w:trPr>
          <w:jc w:val="center"/>
        </w:trPr>
        <w:tc>
          <w:tcPr>
            <w:tcW w:w="2536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5637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  <w:lang w:val="ru-RU"/>
              </w:rPr>
            </w:pPr>
            <w:r w:rsidRPr="00967982">
              <w:rPr>
                <w:sz w:val="20"/>
                <w:szCs w:val="20"/>
                <w:lang w:val="ru-RU"/>
              </w:rPr>
              <w:t>25 января — День российского студенчества</w:t>
            </w:r>
            <w:r w:rsidRPr="00967982">
              <w:rPr>
                <w:sz w:val="20"/>
                <w:szCs w:val="20"/>
                <w:lang w:val="ru-RU"/>
              </w:rPr>
              <w:br/>
              <w:t>27 января — День полного освобождения Ленинграда от фашистской блокады; День памяти жертв Холокоста</w:t>
            </w:r>
          </w:p>
        </w:tc>
      </w:tr>
      <w:tr w:rsidR="00967982" w:rsidRPr="00967982" w:rsidTr="00967982">
        <w:trPr>
          <w:jc w:val="center"/>
        </w:trPr>
        <w:tc>
          <w:tcPr>
            <w:tcW w:w="2536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5637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  <w:lang w:val="ru-RU"/>
              </w:rPr>
            </w:pPr>
            <w:r w:rsidRPr="00967982">
              <w:rPr>
                <w:sz w:val="20"/>
                <w:szCs w:val="20"/>
                <w:lang w:val="ru-RU"/>
              </w:rPr>
              <w:t>2 февраля — День разгрома советскими войсками немецко-фашистских вой</w:t>
            </w:r>
            <w:proofErr w:type="gramStart"/>
            <w:r w:rsidRPr="00967982">
              <w:rPr>
                <w:sz w:val="20"/>
                <w:szCs w:val="20"/>
                <w:lang w:val="ru-RU"/>
              </w:rPr>
              <w:t>ск в Ст</w:t>
            </w:r>
            <w:proofErr w:type="gramEnd"/>
            <w:r w:rsidRPr="00967982">
              <w:rPr>
                <w:sz w:val="20"/>
                <w:szCs w:val="20"/>
                <w:lang w:val="ru-RU"/>
              </w:rPr>
              <w:t>алинградской битве</w:t>
            </w:r>
            <w:r w:rsidRPr="00967982">
              <w:rPr>
                <w:sz w:val="20"/>
                <w:szCs w:val="20"/>
                <w:lang w:val="ru-RU"/>
              </w:rPr>
              <w:br/>
              <w:t>8 февраля — День российской науки</w:t>
            </w:r>
            <w:r w:rsidRPr="00967982">
              <w:rPr>
                <w:sz w:val="20"/>
                <w:szCs w:val="20"/>
                <w:lang w:val="ru-RU"/>
              </w:rPr>
              <w:br/>
              <w:t>15 февраля — День памяти о россиянах, исполнявших служебный долг за пределами Отечества</w:t>
            </w:r>
            <w:r w:rsidRPr="00967982">
              <w:rPr>
                <w:sz w:val="20"/>
                <w:szCs w:val="20"/>
                <w:lang w:val="ru-RU"/>
              </w:rPr>
              <w:br/>
              <w:t>21 февраля — Международный день родного языка</w:t>
            </w:r>
            <w:r w:rsidRPr="00967982">
              <w:rPr>
                <w:sz w:val="20"/>
                <w:szCs w:val="20"/>
                <w:lang w:val="ru-RU"/>
              </w:rPr>
              <w:br/>
              <w:t>23 февраля — День защитника Отечества</w:t>
            </w:r>
          </w:p>
        </w:tc>
      </w:tr>
      <w:tr w:rsidR="00967982" w:rsidRPr="00967982" w:rsidTr="00967982">
        <w:trPr>
          <w:jc w:val="center"/>
        </w:trPr>
        <w:tc>
          <w:tcPr>
            <w:tcW w:w="2536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5637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  <w:lang w:val="ru-RU"/>
              </w:rPr>
            </w:pPr>
            <w:r w:rsidRPr="00967982">
              <w:rPr>
                <w:sz w:val="20"/>
                <w:szCs w:val="20"/>
                <w:lang w:val="ru-RU"/>
              </w:rPr>
              <w:t>8 марта — Международный женский день</w:t>
            </w:r>
            <w:r w:rsidRPr="00967982">
              <w:rPr>
                <w:sz w:val="20"/>
                <w:szCs w:val="20"/>
                <w:lang w:val="ru-RU"/>
              </w:rPr>
              <w:br/>
            </w:r>
            <w:r w:rsidRPr="00967982">
              <w:rPr>
                <w:sz w:val="20"/>
                <w:szCs w:val="20"/>
                <w:lang w:val="ru-RU"/>
              </w:rPr>
              <w:lastRenderedPageBreak/>
              <w:t>18 марта — День воссоединения Крыма с Россией</w:t>
            </w:r>
            <w:r w:rsidRPr="00967982">
              <w:rPr>
                <w:sz w:val="20"/>
                <w:szCs w:val="20"/>
                <w:lang w:val="ru-RU"/>
              </w:rPr>
              <w:br/>
              <w:t>20 марта — День Земли</w:t>
            </w:r>
            <w:r w:rsidRPr="00967982">
              <w:rPr>
                <w:sz w:val="20"/>
                <w:szCs w:val="20"/>
                <w:lang w:val="ru-RU"/>
              </w:rPr>
              <w:br/>
              <w:t>27 марта — Всемирный день театра</w:t>
            </w:r>
          </w:p>
        </w:tc>
      </w:tr>
      <w:tr w:rsidR="00967982" w:rsidRPr="00967982" w:rsidTr="00967982">
        <w:trPr>
          <w:jc w:val="center"/>
        </w:trPr>
        <w:tc>
          <w:tcPr>
            <w:tcW w:w="2536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lastRenderedPageBreak/>
              <w:t>Апрель</w:t>
            </w:r>
            <w:proofErr w:type="spellEnd"/>
          </w:p>
        </w:tc>
        <w:tc>
          <w:tcPr>
            <w:tcW w:w="5637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  <w:lang w:val="ru-RU"/>
              </w:rPr>
            </w:pPr>
            <w:r w:rsidRPr="00967982">
              <w:rPr>
                <w:sz w:val="20"/>
                <w:szCs w:val="20"/>
                <w:lang w:val="ru-RU"/>
              </w:rPr>
              <w:t>7 апреля — Всемирный день здоровья</w:t>
            </w:r>
            <w:r w:rsidRPr="00967982">
              <w:rPr>
                <w:sz w:val="20"/>
                <w:szCs w:val="20"/>
                <w:lang w:val="ru-RU"/>
              </w:rPr>
              <w:br/>
              <w:t>12 апреля — День космонавтики</w:t>
            </w:r>
            <w:r w:rsidRPr="00967982">
              <w:rPr>
                <w:sz w:val="20"/>
                <w:szCs w:val="20"/>
                <w:lang w:val="ru-RU"/>
              </w:rPr>
              <w:br/>
              <w:t>19 апреля — День памяти о геноциде советского народа нацистами и их пособниками</w:t>
            </w:r>
            <w:r w:rsidRPr="00967982">
              <w:rPr>
                <w:sz w:val="20"/>
                <w:szCs w:val="20"/>
                <w:lang w:val="ru-RU"/>
              </w:rPr>
              <w:br/>
              <w:t>22 апреля — Всемирный день Земли</w:t>
            </w:r>
            <w:r w:rsidRPr="00967982">
              <w:rPr>
                <w:sz w:val="20"/>
                <w:szCs w:val="20"/>
                <w:lang w:val="ru-RU"/>
              </w:rPr>
              <w:br/>
              <w:t>27 апреля — День российского парламентаризма</w:t>
            </w:r>
          </w:p>
        </w:tc>
      </w:tr>
      <w:tr w:rsidR="00967982" w:rsidRPr="00967982" w:rsidTr="00967982">
        <w:trPr>
          <w:jc w:val="center"/>
        </w:trPr>
        <w:tc>
          <w:tcPr>
            <w:tcW w:w="2536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</w:rPr>
            </w:pPr>
            <w:proofErr w:type="spellStart"/>
            <w:r w:rsidRPr="00967982">
              <w:rPr>
                <w:b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5637" w:type="dxa"/>
            <w:vAlign w:val="center"/>
          </w:tcPr>
          <w:p w:rsidR="00967982" w:rsidRPr="00967982" w:rsidRDefault="00967982">
            <w:pPr>
              <w:rPr>
                <w:sz w:val="20"/>
                <w:szCs w:val="20"/>
                <w:lang w:val="ru-RU"/>
              </w:rPr>
            </w:pPr>
            <w:r w:rsidRPr="00967982">
              <w:rPr>
                <w:sz w:val="20"/>
                <w:szCs w:val="20"/>
                <w:lang w:val="ru-RU"/>
              </w:rPr>
              <w:t>1 мая — Праздник Весны и Труда</w:t>
            </w:r>
            <w:r w:rsidRPr="00967982">
              <w:rPr>
                <w:sz w:val="20"/>
                <w:szCs w:val="20"/>
                <w:lang w:val="ru-RU"/>
              </w:rPr>
              <w:br/>
              <w:t>9 мая — День Победы</w:t>
            </w:r>
            <w:r w:rsidRPr="00967982">
              <w:rPr>
                <w:sz w:val="20"/>
                <w:szCs w:val="20"/>
                <w:lang w:val="ru-RU"/>
              </w:rPr>
              <w:br/>
              <w:t>18 мая — Международный день музеев</w:t>
            </w:r>
            <w:r w:rsidRPr="00967982">
              <w:rPr>
                <w:sz w:val="20"/>
                <w:szCs w:val="20"/>
                <w:lang w:val="ru-RU"/>
              </w:rPr>
              <w:br/>
              <w:t>19 мая — День детских общественных организаций</w:t>
            </w:r>
            <w:r w:rsidRPr="00967982">
              <w:rPr>
                <w:sz w:val="20"/>
                <w:szCs w:val="20"/>
                <w:lang w:val="ru-RU"/>
              </w:rPr>
              <w:br/>
              <w:t>24 мая — День славянской письменности и культуры</w:t>
            </w:r>
            <w:r w:rsidRPr="00967982">
              <w:rPr>
                <w:sz w:val="20"/>
                <w:szCs w:val="20"/>
                <w:lang w:val="ru-RU"/>
              </w:rPr>
              <w:br/>
              <w:t>26 мая — Последний звонок; акция «Самолётик Навигатор»</w:t>
            </w:r>
          </w:p>
        </w:tc>
      </w:tr>
    </w:tbl>
    <w:p w:rsidR="00A613F1" w:rsidRPr="000C3F83" w:rsidRDefault="00A613F1">
      <w:pPr>
        <w:rPr>
          <w:lang w:val="ru-RU"/>
        </w:rPr>
      </w:pPr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Мероприятия</w:t>
      </w:r>
      <w:r w:rsidR="0035562B" w:rsidRPr="000C3F83">
        <w:rPr>
          <w:lang w:val="ru-RU"/>
        </w:rPr>
        <w:t xml:space="preserve"> были направлены на формирование у обучающихся уважения к истории и культуре России, развитие гражданской идентичности, бережного отношения к семье, природе и традициям, воспитание активной жизненной позиции. Участие в Днях единых действий позволило объединить обучающихся разных возрастов, педагогов, родителей и социальных партнёров в общих воспитательных событиях.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7. Основные школьные дела и мероприятия с участием советника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В течение учебного года советник</w:t>
      </w:r>
      <w:r w:rsidR="00967982">
        <w:rPr>
          <w:lang w:val="ru-RU"/>
        </w:rPr>
        <w:t>и</w:t>
      </w:r>
      <w:r w:rsidRPr="000C3F83">
        <w:rPr>
          <w:lang w:val="ru-RU"/>
        </w:rPr>
        <w:t xml:space="preserve"> принимал</w:t>
      </w:r>
      <w:r w:rsidR="00967982">
        <w:rPr>
          <w:lang w:val="ru-RU"/>
        </w:rPr>
        <w:t>и</w:t>
      </w:r>
      <w:r w:rsidRPr="000C3F83">
        <w:rPr>
          <w:lang w:val="ru-RU"/>
        </w:rPr>
        <w:t xml:space="preserve"> непосредственное участие в подготовке, проведении и информационном сопровождении ключевых школьных дел. Работа включала разработку сценариев, подготовку ведущих, оформление площадок, координацию актива, взаимодействие с классными руководителями, подбор материалов, организацию репетиций, фото- и видеосопровождение, подготовку публикаций.</w:t>
      </w:r>
    </w:p>
    <w:p w:rsidR="00A613F1" w:rsidRPr="000C3F83" w:rsidRDefault="0035562B">
      <w:pPr>
        <w:pStyle w:val="2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Перечень мероприятий за 2025–2026 учебный год: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День знаний. Акция «Самолётик Навигатор»;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мероприятия ко Дню солидарности в борьбе с терроризмом;</w:t>
      </w:r>
    </w:p>
    <w:p w:rsidR="00A613F1" w:rsidRDefault="0035562B">
      <w:pPr>
        <w:pStyle w:val="a0"/>
        <w:spacing w:after="40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распространения</w:t>
      </w:r>
      <w:proofErr w:type="spellEnd"/>
      <w:r>
        <w:t xml:space="preserve"> </w:t>
      </w:r>
      <w:proofErr w:type="spellStart"/>
      <w:r>
        <w:t>грамотности</w:t>
      </w:r>
      <w:proofErr w:type="spellEnd"/>
      <w:r>
        <w:t>;</w:t>
      </w:r>
    </w:p>
    <w:p w:rsidR="00A613F1" w:rsidRDefault="0035562B">
      <w:pPr>
        <w:pStyle w:val="a0"/>
        <w:spacing w:after="40"/>
      </w:pPr>
      <w:r>
        <w:t>мероприятия ко Дню учителя;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День отца и День матери;</w:t>
      </w:r>
    </w:p>
    <w:p w:rsidR="00A613F1" w:rsidRDefault="0035562B">
      <w:pPr>
        <w:pStyle w:val="a0"/>
        <w:spacing w:after="40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народного</w:t>
      </w:r>
      <w:proofErr w:type="spellEnd"/>
      <w:r>
        <w:t xml:space="preserve"> </w:t>
      </w:r>
      <w:proofErr w:type="spellStart"/>
      <w:r>
        <w:t>единства</w:t>
      </w:r>
      <w:proofErr w:type="spellEnd"/>
      <w:r>
        <w:t>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День Государственного герба Российской Федерации;</w:t>
      </w:r>
    </w:p>
    <w:p w:rsidR="00A613F1" w:rsidRDefault="0035562B">
      <w:pPr>
        <w:pStyle w:val="a0"/>
        <w:spacing w:after="40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Неизвестного</w:t>
      </w:r>
      <w:proofErr w:type="spellEnd"/>
      <w:r>
        <w:t xml:space="preserve"> </w:t>
      </w:r>
      <w:proofErr w:type="spellStart"/>
      <w:r>
        <w:t>солдата</w:t>
      </w:r>
      <w:proofErr w:type="spellEnd"/>
      <w:r>
        <w:t>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День добровольца (волонтёра) в России;</w:t>
      </w:r>
    </w:p>
    <w:p w:rsidR="00A613F1" w:rsidRDefault="0035562B">
      <w:pPr>
        <w:pStyle w:val="a0"/>
        <w:spacing w:after="40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Героев</w:t>
      </w:r>
      <w:proofErr w:type="spellEnd"/>
      <w:r>
        <w:t xml:space="preserve"> </w:t>
      </w:r>
      <w:proofErr w:type="spellStart"/>
      <w:r>
        <w:t>Отечества</w:t>
      </w:r>
      <w:proofErr w:type="spellEnd"/>
      <w:r>
        <w:t>;</w:t>
      </w:r>
    </w:p>
    <w:p w:rsidR="00A613F1" w:rsidRDefault="0035562B">
      <w:pPr>
        <w:pStyle w:val="a0"/>
        <w:spacing w:after="40"/>
      </w:pPr>
      <w:r>
        <w:t>День Конституции Российской Федерации;</w:t>
      </w:r>
    </w:p>
    <w:p w:rsidR="00A613F1" w:rsidRDefault="0035562B">
      <w:pPr>
        <w:pStyle w:val="a0"/>
        <w:spacing w:after="40"/>
      </w:pPr>
      <w:r>
        <w:t>День российского студенчества;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День полного освобождения Ленинграда от фашистской блокады;</w:t>
      </w:r>
    </w:p>
    <w:p w:rsidR="00A613F1" w:rsidRDefault="0035562B">
      <w:pPr>
        <w:pStyle w:val="a0"/>
        <w:spacing w:after="40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памяти</w:t>
      </w:r>
      <w:proofErr w:type="spellEnd"/>
      <w:r>
        <w:t xml:space="preserve"> </w:t>
      </w:r>
      <w:proofErr w:type="spellStart"/>
      <w:r>
        <w:t>жертв</w:t>
      </w:r>
      <w:proofErr w:type="spellEnd"/>
      <w:r>
        <w:t xml:space="preserve"> </w:t>
      </w:r>
      <w:proofErr w:type="spellStart"/>
      <w:r>
        <w:t>Холокоста</w:t>
      </w:r>
      <w:proofErr w:type="spellEnd"/>
      <w:r>
        <w:t>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День разгрома немецко-фашистских войск в Сталинградской битве;</w:t>
      </w:r>
    </w:p>
    <w:p w:rsidR="00A613F1" w:rsidRDefault="0035562B">
      <w:pPr>
        <w:pStyle w:val="a0"/>
        <w:spacing w:after="40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>;</w:t>
      </w:r>
    </w:p>
    <w:p w:rsidR="00A613F1" w:rsidRDefault="0035562B">
      <w:pPr>
        <w:pStyle w:val="a0"/>
        <w:spacing w:after="40"/>
      </w:pPr>
      <w:r>
        <w:lastRenderedPageBreak/>
        <w:t>День памяти воинов-интернационалистов;</w:t>
      </w:r>
    </w:p>
    <w:p w:rsidR="00A613F1" w:rsidRDefault="0035562B">
      <w:pPr>
        <w:pStyle w:val="a0"/>
        <w:spacing w:after="40"/>
      </w:pPr>
      <w:r>
        <w:t>Международный день родного языка;</w:t>
      </w:r>
    </w:p>
    <w:p w:rsidR="00A613F1" w:rsidRDefault="0035562B">
      <w:pPr>
        <w:pStyle w:val="a0"/>
        <w:spacing w:after="40"/>
      </w:pPr>
      <w:r>
        <w:t>День защитника Отечества;</w:t>
      </w:r>
    </w:p>
    <w:p w:rsidR="00A613F1" w:rsidRDefault="0035562B">
      <w:pPr>
        <w:pStyle w:val="a0"/>
        <w:spacing w:after="40"/>
      </w:pPr>
      <w:r>
        <w:t>Международный женский день;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День воссоединения Крыма с Россией;</w:t>
      </w:r>
    </w:p>
    <w:p w:rsidR="00A613F1" w:rsidRDefault="0035562B">
      <w:pPr>
        <w:pStyle w:val="a0"/>
        <w:spacing w:after="40"/>
      </w:pPr>
      <w:proofErr w:type="spellStart"/>
      <w:r>
        <w:t>Всемирный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театра</w:t>
      </w:r>
      <w:proofErr w:type="spellEnd"/>
      <w:r>
        <w:t>;</w:t>
      </w:r>
    </w:p>
    <w:p w:rsidR="00A613F1" w:rsidRDefault="0035562B">
      <w:pPr>
        <w:pStyle w:val="a0"/>
        <w:spacing w:after="40"/>
      </w:pPr>
      <w:r>
        <w:t>Всемирный день здоровья;</w:t>
      </w:r>
    </w:p>
    <w:p w:rsidR="00A613F1" w:rsidRDefault="0035562B">
      <w:pPr>
        <w:pStyle w:val="a0"/>
        <w:spacing w:after="40"/>
      </w:pPr>
      <w:r>
        <w:t>День космонавтики;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День памяти о геноциде советского народа;</w:t>
      </w:r>
    </w:p>
    <w:p w:rsidR="00A613F1" w:rsidRDefault="0035562B">
      <w:pPr>
        <w:pStyle w:val="a0"/>
        <w:spacing w:after="40"/>
      </w:pPr>
      <w:proofErr w:type="spellStart"/>
      <w:r>
        <w:t>Всемирный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Земли</w:t>
      </w:r>
      <w:proofErr w:type="spellEnd"/>
      <w:r>
        <w:t>;</w:t>
      </w:r>
    </w:p>
    <w:p w:rsidR="00A613F1" w:rsidRDefault="0035562B">
      <w:pPr>
        <w:pStyle w:val="a0"/>
        <w:spacing w:after="40"/>
      </w:pPr>
      <w:r>
        <w:t>Праздник Весны и Труда;</w:t>
      </w:r>
    </w:p>
    <w:p w:rsidR="00A613F1" w:rsidRDefault="0035562B">
      <w:pPr>
        <w:pStyle w:val="a0"/>
        <w:spacing w:after="40"/>
      </w:pPr>
      <w:r>
        <w:t>мероприятия ко Дню Победы;</w:t>
      </w:r>
    </w:p>
    <w:p w:rsidR="00A613F1" w:rsidRDefault="0035562B">
      <w:pPr>
        <w:pStyle w:val="a0"/>
        <w:spacing w:after="40"/>
      </w:pPr>
      <w:r>
        <w:t>Международный день музеев;</w:t>
      </w:r>
    </w:p>
    <w:p w:rsidR="00A613F1" w:rsidRDefault="0035562B">
      <w:pPr>
        <w:pStyle w:val="a0"/>
        <w:spacing w:after="40"/>
      </w:pPr>
      <w:r>
        <w:t>День детских общественных организаций;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День славянской письменности и культуры;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Последний звонок. Акция «Самолётик Навигатор»;</w:t>
      </w:r>
    </w:p>
    <w:p w:rsidR="00A613F1" w:rsidRPr="000C3F83" w:rsidRDefault="00967982">
      <w:pPr>
        <w:pStyle w:val="a0"/>
        <w:spacing w:after="40"/>
        <w:rPr>
          <w:lang w:val="ru-RU"/>
        </w:rPr>
      </w:pPr>
      <w:r w:rsidRPr="00967982">
        <w:rPr>
          <w:lang w:val="ru-RU"/>
        </w:rPr>
        <w:t>А также школьные</w:t>
      </w:r>
      <w:r w:rsidR="0035562B" w:rsidRPr="00967982">
        <w:rPr>
          <w:lang w:val="ru-RU"/>
        </w:rPr>
        <w:t xml:space="preserve"> мероприятия ОО</w:t>
      </w:r>
      <w:r w:rsidR="0035562B" w:rsidRPr="000C3F83">
        <w:rPr>
          <w:lang w:val="ru-RU"/>
        </w:rPr>
        <w:t>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По итогам учебного года в воспитательные мероприятия были вовлечены </w:t>
      </w:r>
      <w:r w:rsidR="00967982">
        <w:rPr>
          <w:lang w:val="ru-RU"/>
        </w:rPr>
        <w:t>100%</w:t>
      </w:r>
      <w:r w:rsidRPr="000C3F83">
        <w:rPr>
          <w:lang w:val="ru-RU"/>
        </w:rPr>
        <w:t xml:space="preserve"> </w:t>
      </w:r>
      <w:proofErr w:type="gramStart"/>
      <w:r w:rsidRPr="000C3F83">
        <w:rPr>
          <w:lang w:val="ru-RU"/>
        </w:rPr>
        <w:t>обучающихся</w:t>
      </w:r>
      <w:proofErr w:type="gramEnd"/>
      <w:r w:rsidRPr="000C3F83">
        <w:rPr>
          <w:lang w:val="ru-RU"/>
        </w:rPr>
        <w:t xml:space="preserve">. В </w:t>
      </w:r>
      <w:r w:rsidR="00967982">
        <w:rPr>
          <w:lang w:val="ru-RU"/>
        </w:rPr>
        <w:t>социальных сетях</w:t>
      </w:r>
      <w:r w:rsidRPr="000C3F83">
        <w:rPr>
          <w:lang w:val="ru-RU"/>
        </w:rPr>
        <w:t xml:space="preserve"> образовательной организации опубликовано </w:t>
      </w:r>
      <w:r w:rsidR="00967982">
        <w:rPr>
          <w:lang w:val="ru-RU"/>
        </w:rPr>
        <w:t xml:space="preserve">более 100 </w:t>
      </w:r>
      <w:r w:rsidRPr="000C3F83">
        <w:rPr>
          <w:lang w:val="ru-RU"/>
        </w:rPr>
        <w:t>информационных материалов о событиях, акциях и проектах.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8. Патриотическое и гражданское воспитание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Патриотическое воспитание являлось одним из ключевых направлений деятельности советника. В течение года проводились мероприятия, направленные на сохранение исторической памяти, уважение к государственным символам Российской Федерации, формирование гражданской ответственности, уважительного отношения к подвигу защитников Отечества и истории родного края.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К значимым событиям данного направления относятся: </w:t>
      </w:r>
      <w:r w:rsidRPr="00967982">
        <w:rPr>
          <w:lang w:val="ru-RU"/>
        </w:rPr>
        <w:t xml:space="preserve">поднятие флага, исполнение гимна, Разговоры о </w:t>
      </w:r>
      <w:proofErr w:type="gramStart"/>
      <w:r w:rsidRPr="00967982">
        <w:rPr>
          <w:lang w:val="ru-RU"/>
        </w:rPr>
        <w:t>важном</w:t>
      </w:r>
      <w:proofErr w:type="gramEnd"/>
      <w:r w:rsidRPr="00967982">
        <w:rPr>
          <w:lang w:val="ru-RU"/>
        </w:rPr>
        <w:t xml:space="preserve">, акции памяти, встречи с ветеранами / представителями общественных организаций, уроки мужества, мероприятия к 9 </w:t>
      </w:r>
      <w:r w:rsidR="00967982">
        <w:rPr>
          <w:lang w:val="ru-RU"/>
        </w:rPr>
        <w:t>м</w:t>
      </w:r>
      <w:r w:rsidRPr="00967982">
        <w:rPr>
          <w:lang w:val="ru-RU"/>
        </w:rPr>
        <w:t xml:space="preserve">ая, День Героев Отечества, День Неизвестного солдата, День защитника Отечества, мероприятия </w:t>
      </w:r>
      <w:proofErr w:type="spellStart"/>
      <w:r w:rsidRPr="00967982">
        <w:rPr>
          <w:lang w:val="ru-RU"/>
        </w:rPr>
        <w:t>Юнармии</w:t>
      </w:r>
      <w:proofErr w:type="spellEnd"/>
      <w:r w:rsidRPr="000C3F83">
        <w:rPr>
          <w:lang w:val="ru-RU"/>
        </w:rPr>
        <w:t>.</w:t>
      </w:r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С</w:t>
      </w:r>
      <w:r w:rsidR="0035562B" w:rsidRPr="000C3F83">
        <w:rPr>
          <w:lang w:val="ru-RU"/>
        </w:rPr>
        <w:t>истемная работа по патриотическому воспитанию способствовала формированию у обучающихся чувства сопричастности к истории страны, уважения к символам государства, осознания значимости личного вклада в развитие школы, города, региона и России.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9. Духовно-нравственное, культурное и семейное воспитание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В течение учебного года советником совместно с педагогами были организованы мероприятия, направленные на сохранение традиционных российских духовно-нравственных ценностей, развитие уважительного отношения к семье, старшему поколению, культуре и традициям народов России.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Проведены мероприятия: </w:t>
      </w:r>
      <w:r w:rsidRPr="00967982">
        <w:rPr>
          <w:lang w:val="ru-RU"/>
        </w:rPr>
        <w:t xml:space="preserve">День пожилых людей, День отца, День матери, День народного единства, День славянской письменности и культуры, Международный день родного языка, День </w:t>
      </w:r>
      <w:r w:rsidRPr="00967982">
        <w:rPr>
          <w:lang w:val="ru-RU"/>
        </w:rPr>
        <w:lastRenderedPageBreak/>
        <w:t>музыки, День театра, День музеев, школьные концерты, выставки, классные часы, творческие акции</w:t>
      </w:r>
      <w:r w:rsidRPr="000C3F83">
        <w:rPr>
          <w:lang w:val="ru-RU"/>
        </w:rPr>
        <w:t>.</w:t>
      </w:r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Д</w:t>
      </w:r>
      <w:r w:rsidR="0035562B" w:rsidRPr="000C3F83">
        <w:rPr>
          <w:lang w:val="ru-RU"/>
        </w:rPr>
        <w:t>анные мероприятия позволили создать условия для осмысления обучающимися ценности семьи, уважения к родителям и старшему поколению, бережного отношения к культурному наследию, языку, традициям и духовным основам российского общества.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10. Профилактическая работа и поддержка обучающихся, находящихся в трудной жизненной ситуации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Советник</w:t>
      </w:r>
      <w:r w:rsidR="00967982">
        <w:rPr>
          <w:lang w:val="ru-RU"/>
        </w:rPr>
        <w:t>и</w:t>
      </w:r>
      <w:r w:rsidRPr="000C3F83">
        <w:rPr>
          <w:lang w:val="ru-RU"/>
        </w:rPr>
        <w:t xml:space="preserve"> участвовал</w:t>
      </w:r>
      <w:r w:rsidR="00967982">
        <w:rPr>
          <w:lang w:val="ru-RU"/>
        </w:rPr>
        <w:t xml:space="preserve">и </w:t>
      </w:r>
      <w:r w:rsidRPr="000C3F83">
        <w:rPr>
          <w:lang w:val="ru-RU"/>
        </w:rPr>
        <w:t>в профилактической работе образовательной организации во взаимодействии с администрацией, социальным педагогом, педагогом-психологом, классными руководителями и родителями. Особое внимание уделялось вовлечению обучающихся в позитивную социальную деятельность, школьные мероприятия, творческие и добровольческие инициативы.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По состоянию </w:t>
      </w:r>
      <w:proofErr w:type="gramStart"/>
      <w:r w:rsidRPr="000C3F83">
        <w:rPr>
          <w:lang w:val="ru-RU"/>
        </w:rPr>
        <w:t>на конец</w:t>
      </w:r>
      <w:proofErr w:type="gramEnd"/>
      <w:r w:rsidRPr="000C3F83">
        <w:rPr>
          <w:lang w:val="ru-RU"/>
        </w:rPr>
        <w:t xml:space="preserve"> 2025–2026 учебного года на различных видах профилактического учёта находятся</w:t>
      </w:r>
      <w:r w:rsidR="00967982">
        <w:rPr>
          <w:lang w:val="ru-RU"/>
        </w:rPr>
        <w:t xml:space="preserve"> 8</w:t>
      </w:r>
      <w:r w:rsidRPr="000C3F83">
        <w:rPr>
          <w:lang w:val="ru-RU"/>
        </w:rPr>
        <w:t xml:space="preserve"> обучающихся. С ними велась индивидуальная и групповая работа, направленная на повышение мотивации, развитие позитивных социальных связей, включение в мероприятия класса и школы.</w:t>
      </w:r>
    </w:p>
    <w:p w:rsidR="00A613F1" w:rsidRDefault="0035562B">
      <w:pPr>
        <w:pStyle w:val="21"/>
        <w:spacing w:before="0" w:after="80"/>
      </w:pPr>
      <w:proofErr w:type="spellStart"/>
      <w:r>
        <w:rPr>
          <w:rFonts w:ascii="Times New Roman" w:eastAsia="Times New Roman" w:hAnsi="Times New Roman"/>
          <w:sz w:val="24"/>
        </w:rPr>
        <w:t>Формы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работы</w:t>
      </w:r>
      <w:proofErr w:type="spellEnd"/>
      <w:r>
        <w:rPr>
          <w:rFonts w:ascii="Times New Roman" w:eastAsia="Times New Roman" w:hAnsi="Times New Roman"/>
          <w:sz w:val="24"/>
        </w:rPr>
        <w:t>: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индивидуальные беседы и сопровождение участия в школьных делах;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вовлечение в творческие конкурсы, акции, волонтёрские и спортивные мероприятия;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взаимодействие с классными руководителями и родителями;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участие в заседаниях Совета профилактики;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мониторинг социальных рисков и информационной среды;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создание ситуации успеха через поручения, участие в командах и публичное признание достижений.</w:t>
      </w:r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В</w:t>
      </w:r>
      <w:r w:rsidR="0035562B" w:rsidRPr="000C3F83">
        <w:rPr>
          <w:lang w:val="ru-RU"/>
        </w:rPr>
        <w:t>ключение обучающихся, нуждающихся в особой педагогической поддержке, в социально значимые дела способствовало укреплению позитивной самооценки, развитию ответственности, снижению рисков деструктивного поведения и формированию доверительных отношений со взрослыми наставниками.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11. Работа с родителями и социальными партнёрами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Советник принимал</w:t>
      </w:r>
      <w:r w:rsidR="00967982">
        <w:rPr>
          <w:lang w:val="ru-RU"/>
        </w:rPr>
        <w:t xml:space="preserve">и </w:t>
      </w:r>
      <w:r w:rsidRPr="000C3F83">
        <w:rPr>
          <w:lang w:val="ru-RU"/>
        </w:rPr>
        <w:t xml:space="preserve"> участие в работе с родительской общественностью, информировал</w:t>
      </w:r>
      <w:r w:rsidR="00967982">
        <w:rPr>
          <w:lang w:val="ru-RU"/>
        </w:rPr>
        <w:t>и</w:t>
      </w:r>
      <w:r w:rsidRPr="000C3F83">
        <w:rPr>
          <w:lang w:val="ru-RU"/>
        </w:rPr>
        <w:t xml:space="preserve"> родителей о воспитательных событиях, возможностях участия детей в проектах Движения</w:t>
      </w:r>
      <w:proofErr w:type="gramStart"/>
      <w:r w:rsidRPr="000C3F83">
        <w:rPr>
          <w:lang w:val="ru-RU"/>
        </w:rPr>
        <w:t xml:space="preserve"> П</w:t>
      </w:r>
      <w:proofErr w:type="gramEnd"/>
      <w:r w:rsidRPr="000C3F83">
        <w:rPr>
          <w:lang w:val="ru-RU"/>
        </w:rPr>
        <w:t>ервых, «Орлята России», добровольческих, патриотических и культурно-просветительских инициативах.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В течение года советник</w:t>
      </w:r>
      <w:r w:rsidR="00967982">
        <w:rPr>
          <w:lang w:val="ru-RU"/>
        </w:rPr>
        <w:t>и</w:t>
      </w:r>
      <w:r w:rsidRPr="000C3F83">
        <w:rPr>
          <w:lang w:val="ru-RU"/>
        </w:rPr>
        <w:t xml:space="preserve"> участвовал</w:t>
      </w:r>
      <w:r w:rsidR="00967982">
        <w:rPr>
          <w:lang w:val="ru-RU"/>
        </w:rPr>
        <w:t xml:space="preserve">и </w:t>
      </w:r>
      <w:r w:rsidRPr="000C3F83">
        <w:rPr>
          <w:lang w:val="ru-RU"/>
        </w:rPr>
        <w:t xml:space="preserve">в </w:t>
      </w:r>
      <w:r w:rsidR="00967982">
        <w:rPr>
          <w:lang w:val="ru-RU"/>
        </w:rPr>
        <w:t xml:space="preserve">3 общешкольных и </w:t>
      </w:r>
      <w:r w:rsidRPr="000C3F83">
        <w:rPr>
          <w:lang w:val="ru-RU"/>
        </w:rPr>
        <w:t>классных родительских собраниях, заседаниях родительских комитетов, рабочих встречах по подготовке школьных мероприятий.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На родительских собраниях рассматривались вопросы: </w:t>
      </w:r>
      <w:r w:rsidRPr="00967982">
        <w:rPr>
          <w:lang w:val="ru-RU"/>
        </w:rPr>
        <w:t>воспитательная система школы, безопасность, профилактика, участие в проектах, поддержка детских инициатив, совместные школьные мероприятия, информационная безопасность, добровольчество, патриотическое воспитание</w:t>
      </w:r>
      <w:r w:rsidRPr="000C3F83">
        <w:rPr>
          <w:lang w:val="ru-RU"/>
        </w:rPr>
        <w:t>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lastRenderedPageBreak/>
        <w:t xml:space="preserve">К проведению воспитательных мероприятий привлекались социальные партнёры: </w:t>
      </w:r>
      <w:r w:rsidR="00967982" w:rsidRPr="002D3442">
        <w:rPr>
          <w:lang w:val="ru-RU"/>
        </w:rPr>
        <w:t>сельский ДК</w:t>
      </w:r>
      <w:r w:rsidRPr="002D3442">
        <w:rPr>
          <w:lang w:val="ru-RU"/>
        </w:rPr>
        <w:t>, библиотеки, музеи, ветеранские организации, Движение</w:t>
      </w:r>
      <w:proofErr w:type="gramStart"/>
      <w:r w:rsidRPr="002D3442">
        <w:rPr>
          <w:lang w:val="ru-RU"/>
        </w:rPr>
        <w:t xml:space="preserve"> П</w:t>
      </w:r>
      <w:proofErr w:type="gramEnd"/>
      <w:r w:rsidRPr="002D3442">
        <w:rPr>
          <w:lang w:val="ru-RU"/>
        </w:rPr>
        <w:t xml:space="preserve">ервых, учреждения дополнительного образования, </w:t>
      </w:r>
      <w:r w:rsidR="002D3442" w:rsidRPr="002D3442">
        <w:rPr>
          <w:lang w:val="ru-RU"/>
        </w:rPr>
        <w:t>А</w:t>
      </w:r>
      <w:r w:rsidRPr="002D3442">
        <w:rPr>
          <w:lang w:val="ru-RU"/>
        </w:rPr>
        <w:t>дминистрация</w:t>
      </w:r>
      <w:r w:rsidR="002D3442">
        <w:rPr>
          <w:lang w:val="ru-RU"/>
        </w:rPr>
        <w:t>.</w:t>
      </w:r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В</w:t>
      </w:r>
      <w:r w:rsidR="0035562B" w:rsidRPr="000C3F83">
        <w:rPr>
          <w:lang w:val="ru-RU"/>
        </w:rPr>
        <w:t>заимодействие с родителями и социальными партнёрами усилило воспитательный потенциал школьных мероприятий, расширило образовательное пространство обучающихся и способствовало созданию единой воспитательной среды «школа — семья — сообщество».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12. Информационное сопровождение и школьные медиа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Информационное сопровождение воспитательной работ</w:t>
      </w:r>
      <w:bookmarkStart w:id="0" w:name="_GoBack"/>
      <w:bookmarkEnd w:id="0"/>
      <w:r w:rsidRPr="000C3F83">
        <w:rPr>
          <w:lang w:val="ru-RU"/>
        </w:rPr>
        <w:t xml:space="preserve">ы осуществлялось через официальный </w:t>
      </w:r>
      <w:proofErr w:type="spellStart"/>
      <w:r w:rsidRPr="000C3F83">
        <w:rPr>
          <w:lang w:val="ru-RU"/>
        </w:rPr>
        <w:t>госпаблик</w:t>
      </w:r>
      <w:proofErr w:type="spellEnd"/>
      <w:r w:rsidRPr="000C3F83">
        <w:rPr>
          <w:lang w:val="ru-RU"/>
        </w:rPr>
        <w:t xml:space="preserve"> образовательной организации, </w:t>
      </w:r>
      <w:r w:rsidR="002D3442">
        <w:rPr>
          <w:lang w:val="ru-RU"/>
        </w:rPr>
        <w:t>соц</w:t>
      </w:r>
      <w:proofErr w:type="gramStart"/>
      <w:r w:rsidR="002D3442">
        <w:rPr>
          <w:lang w:val="ru-RU"/>
        </w:rPr>
        <w:t>.с</w:t>
      </w:r>
      <w:proofErr w:type="gramEnd"/>
      <w:r w:rsidR="002D3442">
        <w:rPr>
          <w:lang w:val="ru-RU"/>
        </w:rPr>
        <w:t xml:space="preserve">ети, </w:t>
      </w:r>
      <w:r w:rsidRPr="000C3F83">
        <w:rPr>
          <w:lang w:val="ru-RU"/>
        </w:rPr>
        <w:t xml:space="preserve">сайт школы, родительские чаты, школьный </w:t>
      </w:r>
      <w:proofErr w:type="spellStart"/>
      <w:r w:rsidRPr="000C3F83">
        <w:rPr>
          <w:lang w:val="ru-RU"/>
        </w:rPr>
        <w:t>медиацентр</w:t>
      </w:r>
      <w:proofErr w:type="spellEnd"/>
      <w:r w:rsidR="002D3442">
        <w:rPr>
          <w:lang w:val="ru-RU"/>
        </w:rPr>
        <w:t>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После проведения мероприятий советник совместно с активом и медиацентром готови</w:t>
      </w:r>
      <w:proofErr w:type="gramStart"/>
      <w:r w:rsidRPr="000C3F83">
        <w:rPr>
          <w:lang w:val="ru-RU"/>
        </w:rPr>
        <w:t>л(</w:t>
      </w:r>
      <w:proofErr w:type="gramEnd"/>
      <w:r w:rsidRPr="000C3F83">
        <w:rPr>
          <w:lang w:val="ru-RU"/>
        </w:rPr>
        <w:t>а) информационные материалы: новости, фотоотчёты, видеоролики, афиши, анонсы, карточки, благодарности участникам. Особое внимание уделялось корректности информации, соблюдению этических норм, безопасному использованию фотографий обучающихся и позитивному представлению школьной жизни.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 xml:space="preserve">В течение 2025–2026 учебного года было подготовлено и опубликовано </w:t>
      </w:r>
      <w:r w:rsidR="002D3442">
        <w:rPr>
          <w:lang w:val="ru-RU"/>
        </w:rPr>
        <w:t>более 100</w:t>
      </w:r>
      <w:r w:rsidRPr="000C3F83">
        <w:rPr>
          <w:lang w:val="ru-RU"/>
        </w:rPr>
        <w:t xml:space="preserve"> материалов о воспитательной работе, </w:t>
      </w:r>
      <w:r w:rsidR="002D3442">
        <w:rPr>
          <w:lang w:val="ru-RU"/>
        </w:rPr>
        <w:t>среди которых</w:t>
      </w:r>
      <w:r w:rsidRPr="000C3F83">
        <w:rPr>
          <w:lang w:val="ru-RU"/>
        </w:rPr>
        <w:t xml:space="preserve"> публикаций о Днях единых действий, Движения</w:t>
      </w:r>
      <w:proofErr w:type="gramStart"/>
      <w:r w:rsidRPr="000C3F83">
        <w:rPr>
          <w:lang w:val="ru-RU"/>
        </w:rPr>
        <w:t xml:space="preserve"> П</w:t>
      </w:r>
      <w:proofErr w:type="gramEnd"/>
      <w:r w:rsidRPr="000C3F83">
        <w:rPr>
          <w:lang w:val="ru-RU"/>
        </w:rPr>
        <w:t>ервых, о добровольческих и патриотических мероприятиях.</w:t>
      </w:r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Р</w:t>
      </w:r>
      <w:r w:rsidR="0035562B" w:rsidRPr="000C3F83">
        <w:rPr>
          <w:lang w:val="ru-RU"/>
        </w:rPr>
        <w:t>егулярное информационное освещение мероприятий повысило открытость воспитательной системы школы, позволило фиксировать результаты работы, мотивировать обучающихся к участию и укрепить положительный имидж образовательной организации.</w:t>
      </w:r>
    </w:p>
    <w:p w:rsidR="00A613F1" w:rsidRPr="000C3F83" w:rsidRDefault="0035562B">
      <w:pPr>
        <w:pStyle w:val="1"/>
        <w:spacing w:before="0" w:after="80"/>
        <w:rPr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13. Методическая деятельность и профессиональное развитие советника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В течение учебного года советник</w:t>
      </w:r>
      <w:r w:rsidR="00BE1913">
        <w:rPr>
          <w:lang w:val="ru-RU"/>
        </w:rPr>
        <w:t>и</w:t>
      </w:r>
      <w:r w:rsidRPr="000C3F83">
        <w:rPr>
          <w:lang w:val="ru-RU"/>
        </w:rPr>
        <w:t xml:space="preserve"> участвовал</w:t>
      </w:r>
      <w:r w:rsidR="00BE1913">
        <w:rPr>
          <w:lang w:val="ru-RU"/>
        </w:rPr>
        <w:t>и</w:t>
      </w:r>
      <w:r w:rsidRPr="000C3F83">
        <w:rPr>
          <w:lang w:val="ru-RU"/>
        </w:rPr>
        <w:t xml:space="preserve"> в методических мероприятиях школьного, муниципального, регионального и федерального уровней, рабочих совещаниях с муниципальным и региональным координаторами, вебинарах, обучающих встречах и профессиональных сообществах советников.</w:t>
      </w:r>
    </w:p>
    <w:p w:rsidR="00A613F1" w:rsidRPr="000C3F83" w:rsidRDefault="000C3F83">
      <w:pPr>
        <w:spacing w:after="80"/>
        <w:ind w:firstLine="709"/>
        <w:rPr>
          <w:lang w:val="ru-RU"/>
        </w:rPr>
      </w:pPr>
      <w:r>
        <w:rPr>
          <w:lang w:val="ru-RU"/>
        </w:rPr>
        <w:t>У</w:t>
      </w:r>
      <w:r w:rsidR="0035562B" w:rsidRPr="000C3F83">
        <w:rPr>
          <w:lang w:val="ru-RU"/>
        </w:rPr>
        <w:t>частие советника в методических мероприятиях способствовало повышению профессиональной компетентности, обмену опытом, обновлению форм воспитательной работы и внедрению в практику школы современных событийных и проектных технологий.</w:t>
      </w:r>
    </w:p>
    <w:p w:rsidR="00A613F1" w:rsidRPr="00BE1913" w:rsidRDefault="0035562B">
      <w:pPr>
        <w:pStyle w:val="1"/>
        <w:spacing w:before="0" w:after="80"/>
        <w:rPr>
          <w:rFonts w:ascii="Times New Roman" w:eastAsia="Times New Roman" w:hAnsi="Times New Roman"/>
          <w:sz w:val="24"/>
          <w:lang w:val="ru-RU"/>
        </w:rPr>
      </w:pPr>
      <w:r w:rsidRPr="000C3F83">
        <w:rPr>
          <w:rFonts w:ascii="Times New Roman" w:eastAsia="Times New Roman" w:hAnsi="Times New Roman"/>
          <w:sz w:val="24"/>
          <w:lang w:val="ru-RU"/>
        </w:rPr>
        <w:t>14.</w:t>
      </w:r>
      <w:r w:rsidRPr="00BE1913">
        <w:rPr>
          <w:rFonts w:ascii="Times New Roman" w:eastAsia="Times New Roman" w:hAnsi="Times New Roman"/>
          <w:sz w:val="24"/>
          <w:lang w:val="ru-RU"/>
        </w:rPr>
        <w:t xml:space="preserve"> Аналитические выводы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Анализ деятельности советник</w:t>
      </w:r>
      <w:r w:rsidR="00BE1913">
        <w:rPr>
          <w:lang w:val="ru-RU"/>
        </w:rPr>
        <w:t>ов</w:t>
      </w:r>
      <w:r w:rsidRPr="000C3F83">
        <w:rPr>
          <w:lang w:val="ru-RU"/>
        </w:rPr>
        <w:t xml:space="preserve"> директора по воспитанию и взаимодействию с детскими общественными объединениями за 2025–2026 учебный год позволяет сделать вывод о системной организации воспитательной работы в </w:t>
      </w:r>
      <w:r w:rsidR="00BE1913">
        <w:rPr>
          <w:lang w:val="ru-RU"/>
        </w:rPr>
        <w:t xml:space="preserve">МБОУ </w:t>
      </w:r>
      <w:proofErr w:type="spellStart"/>
      <w:r w:rsidR="00BE1913">
        <w:rPr>
          <w:lang w:val="ru-RU"/>
        </w:rPr>
        <w:t>Кагальницкой</w:t>
      </w:r>
      <w:proofErr w:type="spellEnd"/>
      <w:r w:rsidR="00BE1913">
        <w:rPr>
          <w:lang w:val="ru-RU"/>
        </w:rPr>
        <w:t xml:space="preserve"> СОШ</w:t>
      </w:r>
      <w:r w:rsidRPr="000C3F83">
        <w:rPr>
          <w:lang w:val="ru-RU"/>
        </w:rPr>
        <w:t xml:space="preserve">. </w:t>
      </w:r>
      <w:proofErr w:type="spellStart"/>
      <w:r w:rsidRPr="000C3F83">
        <w:rPr>
          <w:lang w:val="ru-RU"/>
        </w:rPr>
        <w:t>Советник</w:t>
      </w:r>
      <w:r w:rsidR="00BE1913">
        <w:rPr>
          <w:lang w:val="ru-RU"/>
        </w:rPr>
        <w:t>т</w:t>
      </w:r>
      <w:proofErr w:type="spellEnd"/>
      <w:r w:rsidRPr="000C3F83">
        <w:rPr>
          <w:lang w:val="ru-RU"/>
        </w:rPr>
        <w:t xml:space="preserve"> </w:t>
      </w:r>
      <w:proofErr w:type="spellStart"/>
      <w:r w:rsidRPr="000C3F83">
        <w:rPr>
          <w:lang w:val="ru-RU"/>
        </w:rPr>
        <w:t>выступал</w:t>
      </w:r>
      <w:r w:rsidR="00BE1913">
        <w:rPr>
          <w:lang w:val="ru-RU"/>
        </w:rPr>
        <w:t>т</w:t>
      </w:r>
      <w:proofErr w:type="spellEnd"/>
      <w:r w:rsidRPr="000C3F83">
        <w:rPr>
          <w:lang w:val="ru-RU"/>
        </w:rPr>
        <w:t xml:space="preserve"> связующим звеном между администрацией, педагогами, обучающимися, родителями, детскими общественными объединениями и социальными партнёрами.</w:t>
      </w:r>
    </w:p>
    <w:p w:rsidR="00A613F1" w:rsidRDefault="0035562B">
      <w:pPr>
        <w:pStyle w:val="21"/>
        <w:spacing w:before="0" w:after="80"/>
      </w:pPr>
      <w:proofErr w:type="spellStart"/>
      <w:r>
        <w:rPr>
          <w:rFonts w:ascii="Times New Roman" w:eastAsia="Times New Roman" w:hAnsi="Times New Roman"/>
          <w:sz w:val="24"/>
        </w:rPr>
        <w:t>Ключевые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результаты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деятельности</w:t>
      </w:r>
      <w:proofErr w:type="spellEnd"/>
      <w:r>
        <w:rPr>
          <w:rFonts w:ascii="Times New Roman" w:eastAsia="Times New Roman" w:hAnsi="Times New Roman"/>
          <w:sz w:val="24"/>
        </w:rPr>
        <w:t>: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обеспечено планирование и сопровождение Дней единых действий в соответствии с календарём на 2025–2026 учебный год;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расширено участие обучающихся в акциях и проектах Движения Первых;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поддержана деятельность школьного актива, Совета Первых и Центра детских инициатив;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lastRenderedPageBreak/>
        <w:t>организовано участие младших школьников в программе «Орлята России»;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 xml:space="preserve">усилено патриотическое направление через мероприятия </w:t>
      </w:r>
      <w:proofErr w:type="spellStart"/>
      <w:r w:rsidRPr="000C3F83">
        <w:rPr>
          <w:lang w:val="ru-RU"/>
        </w:rPr>
        <w:t>Юнармии</w:t>
      </w:r>
      <w:proofErr w:type="spellEnd"/>
      <w:r w:rsidRPr="000C3F83">
        <w:rPr>
          <w:lang w:val="ru-RU"/>
        </w:rPr>
        <w:t>, акции памяти и события, посвящённые государственным праздникам;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 xml:space="preserve">развивалась добровольческая деятельность, в том числе через платформу </w:t>
      </w:r>
      <w:proofErr w:type="spellStart"/>
      <w:r w:rsidRPr="000C3F83">
        <w:rPr>
          <w:lang w:val="ru-RU"/>
        </w:rPr>
        <w:t>Добро.РФ</w:t>
      </w:r>
      <w:proofErr w:type="spellEnd"/>
      <w:r w:rsidRPr="000C3F83">
        <w:rPr>
          <w:lang w:val="ru-RU"/>
        </w:rPr>
        <w:t>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расширены экологические и юннатские инициативы обучающихся;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обеспечено информационное сопровождение школьных событий в официальных ресурсах ОО;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усилено взаимодействие с родителями и социальными партнёрами;</w:t>
      </w:r>
    </w:p>
    <w:p w:rsidR="00A613F1" w:rsidRPr="000C3F83" w:rsidRDefault="0035562B">
      <w:pPr>
        <w:pStyle w:val="a0"/>
        <w:spacing w:after="40"/>
        <w:rPr>
          <w:lang w:val="ru-RU"/>
        </w:rPr>
      </w:pPr>
      <w:r w:rsidRPr="000C3F83">
        <w:rPr>
          <w:lang w:val="ru-RU"/>
        </w:rPr>
        <w:t>созданы условия для самореализации обучающихся, развития лидерства, творчества и социальной ответственности.</w:t>
      </w:r>
    </w:p>
    <w:p w:rsidR="00A613F1" w:rsidRPr="000C3F83" w:rsidRDefault="0035562B">
      <w:pPr>
        <w:spacing w:after="80"/>
        <w:ind w:firstLine="709"/>
        <w:rPr>
          <w:lang w:val="ru-RU"/>
        </w:rPr>
      </w:pPr>
      <w:r w:rsidRPr="000C3F83">
        <w:rPr>
          <w:lang w:val="ru-RU"/>
        </w:rPr>
        <w:t>Вместе с тем для повышения эффективности воспитательной работы в следующем учебном году необходимо продолжить работу по увеличению охвата обучающихся проектной и добровольческой деятельностью, развитию наставничества, повышению активности школьного медиацентра, расширению взаимодействия с социальными партнёрами и систематизации мониторинга результатов воспитательной деятельности.</w:t>
      </w:r>
    </w:p>
    <w:p w:rsidR="00A613F1" w:rsidRDefault="0035562B">
      <w:pPr>
        <w:pStyle w:val="1"/>
        <w:spacing w:before="0" w:after="80"/>
      </w:pPr>
      <w:r>
        <w:rPr>
          <w:rFonts w:ascii="Times New Roman" w:eastAsia="Times New Roman" w:hAnsi="Times New Roman"/>
          <w:sz w:val="24"/>
        </w:rPr>
        <w:t>16. Перспективы работы на 2026–2027 учебный год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>Продолжить системную реализацию Дней единых действий, обеспечивая участие обучающихся разных возрастных групп и качественное информационное сопровождение каждого события.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>Расширить деятельность первичного отделения Движения Первых, увеличить число активных участников и наставников, развивать Совет Первых как орган детского самоуправления.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>Продолжить развитие Центра детских инициатив как пространства для планирования, обсуждения и реализации школьных проектов.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 xml:space="preserve">Усилить работу по патриотическому воспитанию через мероприятия </w:t>
      </w:r>
      <w:proofErr w:type="spellStart"/>
      <w:r w:rsidRPr="000C3F83">
        <w:rPr>
          <w:lang w:val="ru-RU"/>
        </w:rPr>
        <w:t>Юнармии</w:t>
      </w:r>
      <w:proofErr w:type="spellEnd"/>
      <w:r w:rsidRPr="000C3F83">
        <w:rPr>
          <w:lang w:val="ru-RU"/>
        </w:rPr>
        <w:t>, акции памяти, встречи, экскурсии, проекты о героях страны и родного края.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 xml:space="preserve">Развивать добровольческую деятельность, обеспечить более активное использование платформы </w:t>
      </w:r>
      <w:proofErr w:type="spellStart"/>
      <w:r w:rsidRPr="000C3F83">
        <w:rPr>
          <w:lang w:val="ru-RU"/>
        </w:rPr>
        <w:t>Добро.РФ</w:t>
      </w:r>
      <w:proofErr w:type="spellEnd"/>
      <w:r w:rsidRPr="000C3F83">
        <w:rPr>
          <w:lang w:val="ru-RU"/>
        </w:rPr>
        <w:t>, формировать у обучающихся культуру добрых дел.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>Поддерживать юннатское и экологическое направление: акции благоустройства, природоохранные проекты, исследовательские задания, заботу о школьной территории.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>Усилить взаимодействие с родителями через совместные мероприятия, семейные акции, родительские собрания и информационные материалы.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>Повысить качество школьного медиаконтента: развивать медиацентр, готовить обучающихся к созданию новостей, фото- и видеоматериалов, соблюдать требования информационной безопасности.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>Систематизировать мониторинг результатов воспитательной деятельности: вести учёт охвата, публикаций, участия в проектах, достижений обучающихся и обратной связи.</w:t>
      </w:r>
    </w:p>
    <w:p w:rsidR="00A613F1" w:rsidRPr="000C3F83" w:rsidRDefault="0035562B">
      <w:pPr>
        <w:pStyle w:val="a"/>
        <w:spacing w:after="40"/>
        <w:rPr>
          <w:lang w:val="ru-RU"/>
        </w:rPr>
      </w:pPr>
      <w:r w:rsidRPr="000C3F83">
        <w:rPr>
          <w:lang w:val="ru-RU"/>
        </w:rPr>
        <w:t>Распространять успешный опыт воспитательной работы на уровне школы, муниципалитета, региона и профессионального сообщества советников.</w:t>
      </w:r>
    </w:p>
    <w:p w:rsidR="00A613F1" w:rsidRPr="000C3F83" w:rsidRDefault="00A613F1">
      <w:pPr>
        <w:spacing w:after="80"/>
        <w:ind w:firstLine="709"/>
        <w:rPr>
          <w:lang w:val="ru-RU"/>
        </w:rPr>
      </w:pPr>
    </w:p>
    <w:sectPr w:rsidR="00A613F1" w:rsidRPr="000C3F83" w:rsidSect="00034616">
      <w:footerReference w:type="default" r:id="rId8"/>
      <w:pgSz w:w="12240" w:h="15840"/>
      <w:pgMar w:top="1020" w:right="850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F37" w:rsidRDefault="00531F37">
      <w:pPr>
        <w:spacing w:after="0" w:line="240" w:lineRule="auto"/>
      </w:pPr>
      <w:r>
        <w:separator/>
      </w:r>
    </w:p>
  </w:endnote>
  <w:endnote w:type="continuationSeparator" w:id="0">
    <w:p w:rsidR="00531F37" w:rsidRDefault="0053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3F1" w:rsidRDefault="00A613F1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F37" w:rsidRDefault="00531F37">
      <w:pPr>
        <w:spacing w:after="0" w:line="240" w:lineRule="auto"/>
      </w:pPr>
      <w:r>
        <w:separator/>
      </w:r>
    </w:p>
  </w:footnote>
  <w:footnote w:type="continuationSeparator" w:id="0">
    <w:p w:rsidR="00531F37" w:rsidRDefault="00531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8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70C0E"/>
    <w:rsid w:val="000C3F83"/>
    <w:rsid w:val="0015074B"/>
    <w:rsid w:val="0029639D"/>
    <w:rsid w:val="002D3442"/>
    <w:rsid w:val="00326F90"/>
    <w:rsid w:val="0035562B"/>
    <w:rsid w:val="00531F37"/>
    <w:rsid w:val="00967982"/>
    <w:rsid w:val="00A613F1"/>
    <w:rsid w:val="00AA1D8D"/>
    <w:rsid w:val="00B47730"/>
    <w:rsid w:val="00BE1913"/>
    <w:rsid w:val="00C53A09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51D70B-0EDA-4B83-A024-7583067B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4107</Words>
  <Characters>23410</Characters>
  <Application>Microsoft Office Word</Application>
  <DocSecurity>0</DocSecurity>
  <Lines>195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27463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2</cp:lastModifiedBy>
  <cp:revision>3</cp:revision>
  <cp:lastPrinted>2026-06-15T13:56:00Z</cp:lastPrinted>
  <dcterms:created xsi:type="dcterms:W3CDTF">2026-06-15T13:55:00Z</dcterms:created>
  <dcterms:modified xsi:type="dcterms:W3CDTF">2026-06-15T13:56:00Z</dcterms:modified>
</cp:coreProperties>
</file>